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45384" w14:textId="77777777" w:rsidR="00F31295" w:rsidRDefault="00F31295">
      <w:pPr>
        <w:jc w:val="center"/>
        <w:rPr>
          <w:b/>
          <w:lang w:val="es-CO"/>
        </w:rPr>
      </w:pPr>
    </w:p>
    <w:p w14:paraId="41E5B396" w14:textId="77777777" w:rsidR="00F31295" w:rsidRDefault="00F31295">
      <w:pPr>
        <w:jc w:val="center"/>
        <w:rPr>
          <w:b/>
          <w:lang w:val="es-CO"/>
        </w:rPr>
      </w:pPr>
    </w:p>
    <w:p w14:paraId="16DBC70D" w14:textId="77777777" w:rsidR="00F31295" w:rsidRDefault="00F31295">
      <w:pPr>
        <w:jc w:val="center"/>
        <w:rPr>
          <w:b/>
          <w:lang w:val="es-CO"/>
        </w:rPr>
      </w:pPr>
    </w:p>
    <w:p w14:paraId="4B39EF8B" w14:textId="77777777" w:rsidR="00F31295" w:rsidRDefault="00F31295">
      <w:pPr>
        <w:jc w:val="center"/>
        <w:rPr>
          <w:b/>
          <w:lang w:val="es-CO"/>
        </w:rPr>
      </w:pPr>
    </w:p>
    <w:p w14:paraId="1B25686B" w14:textId="77777777" w:rsidR="00F31295" w:rsidRDefault="00F31295">
      <w:pPr>
        <w:jc w:val="center"/>
        <w:rPr>
          <w:b/>
          <w:lang w:val="es-CO"/>
        </w:rPr>
      </w:pPr>
    </w:p>
    <w:p w14:paraId="2CEFCAEB" w14:textId="77777777" w:rsidR="00F31295" w:rsidRPr="00F31295" w:rsidRDefault="00D436F5">
      <w:pPr>
        <w:jc w:val="center"/>
        <w:rPr>
          <w:b/>
          <w:sz w:val="28"/>
          <w:szCs w:val="28"/>
          <w:lang w:val="es-CO"/>
        </w:rPr>
      </w:pPr>
      <w:r w:rsidRPr="00F31295">
        <w:rPr>
          <w:b/>
          <w:sz w:val="28"/>
          <w:szCs w:val="28"/>
          <w:lang w:val="es-CO"/>
        </w:rPr>
        <w:t>POLITÉCNICO COLOMBIANO JAIME ISAZA CADAVID</w:t>
      </w:r>
      <w:r w:rsidRPr="00F31295">
        <w:rPr>
          <w:b/>
          <w:sz w:val="28"/>
          <w:szCs w:val="28"/>
          <w:lang w:val="es-CO"/>
        </w:rPr>
        <w:br/>
        <w:t>DOCTORADO EN CIENCIAS DEL DEPORTE</w:t>
      </w:r>
      <w:r w:rsidRPr="00F31295">
        <w:rPr>
          <w:b/>
          <w:sz w:val="28"/>
          <w:szCs w:val="28"/>
          <w:lang w:val="es-CO"/>
        </w:rPr>
        <w:br/>
      </w:r>
    </w:p>
    <w:p w14:paraId="20C6FAD7" w14:textId="77777777" w:rsidR="00F31295" w:rsidRDefault="00F31295">
      <w:pPr>
        <w:jc w:val="center"/>
        <w:rPr>
          <w:b/>
          <w:lang w:val="es-CO"/>
        </w:rPr>
      </w:pPr>
    </w:p>
    <w:p w14:paraId="75DD5B37" w14:textId="06485A90" w:rsidR="00B97A4C" w:rsidRPr="00F31295" w:rsidRDefault="00D436F5">
      <w:pPr>
        <w:jc w:val="center"/>
        <w:rPr>
          <w:sz w:val="24"/>
          <w:szCs w:val="24"/>
          <w:lang w:val="es-CO"/>
        </w:rPr>
      </w:pPr>
      <w:r w:rsidRPr="00A928C1">
        <w:rPr>
          <w:b/>
          <w:lang w:val="es-CO"/>
        </w:rPr>
        <w:br/>
      </w:r>
      <w:r w:rsidRPr="00F31295">
        <w:rPr>
          <w:b/>
          <w:sz w:val="24"/>
          <w:szCs w:val="24"/>
          <w:lang w:val="es-CO"/>
        </w:rPr>
        <w:t>FORMATO</w:t>
      </w:r>
      <w:r w:rsidRPr="00A928C1">
        <w:rPr>
          <w:b/>
          <w:lang w:val="es-CO"/>
        </w:rPr>
        <w:t xml:space="preserve"> </w:t>
      </w:r>
      <w:r w:rsidRPr="00A928C1">
        <w:rPr>
          <w:b/>
          <w:lang w:val="es-CO"/>
        </w:rPr>
        <w:br/>
      </w:r>
      <w:r w:rsidRPr="00F31295">
        <w:rPr>
          <w:b/>
          <w:sz w:val="28"/>
          <w:szCs w:val="28"/>
          <w:lang w:val="es-CO"/>
        </w:rPr>
        <w:t>PROPUESTA PRELIMINAR DE INVESTIGACIÓN</w:t>
      </w:r>
      <w:r w:rsidRPr="00F31295">
        <w:rPr>
          <w:b/>
          <w:sz w:val="28"/>
          <w:szCs w:val="28"/>
          <w:lang w:val="es-CO"/>
        </w:rPr>
        <w:br/>
        <w:t>PARA ENTREVISTA DE ADMISIÓN</w:t>
      </w:r>
      <w:r w:rsidRPr="00F31295">
        <w:rPr>
          <w:sz w:val="28"/>
          <w:szCs w:val="28"/>
          <w:lang w:val="es-CO"/>
        </w:rPr>
        <w:br/>
      </w:r>
      <w:r w:rsidRPr="00A928C1">
        <w:rPr>
          <w:lang w:val="es-CO"/>
        </w:rPr>
        <w:br/>
      </w:r>
      <w:r w:rsidRPr="00F31295">
        <w:rPr>
          <w:sz w:val="24"/>
          <w:szCs w:val="24"/>
          <w:lang w:val="es-CO"/>
        </w:rPr>
        <w:t>Documento de apoyo para el proceso formal de selección de aspirantes</w:t>
      </w:r>
      <w:r w:rsidRPr="00F31295">
        <w:rPr>
          <w:sz w:val="24"/>
          <w:szCs w:val="24"/>
          <w:lang w:val="es-CO"/>
        </w:rPr>
        <w:br/>
      </w:r>
      <w:r w:rsidRPr="00F31295">
        <w:rPr>
          <w:sz w:val="24"/>
          <w:szCs w:val="24"/>
          <w:lang w:val="es-CO"/>
        </w:rPr>
        <w:br/>
      </w:r>
      <w:r w:rsidRPr="00F31295">
        <w:rPr>
          <w:sz w:val="24"/>
          <w:szCs w:val="24"/>
          <w:lang w:val="es-CO"/>
        </w:rPr>
        <w:br/>
      </w:r>
      <w:r w:rsidRPr="00F31295">
        <w:rPr>
          <w:sz w:val="24"/>
          <w:szCs w:val="24"/>
          <w:lang w:val="es-CO"/>
        </w:rPr>
        <w:br/>
        <w:t xml:space="preserve">Uso: Aspirante / </w:t>
      </w:r>
      <w:r w:rsidR="00A928C1" w:rsidRPr="00F31295">
        <w:rPr>
          <w:sz w:val="24"/>
          <w:szCs w:val="24"/>
          <w:lang w:val="es-CO"/>
        </w:rPr>
        <w:t>Comisión Académica</w:t>
      </w:r>
      <w:r w:rsidRPr="00F31295">
        <w:rPr>
          <w:sz w:val="24"/>
          <w:szCs w:val="24"/>
          <w:lang w:val="es-CO"/>
        </w:rPr>
        <w:br/>
      </w:r>
      <w:r w:rsidRPr="00F31295">
        <w:rPr>
          <w:sz w:val="24"/>
          <w:szCs w:val="24"/>
          <w:lang w:val="es-CO"/>
        </w:rPr>
        <w:br/>
        <w:t>Medellín, Colombia</w:t>
      </w:r>
    </w:p>
    <w:p w14:paraId="5A2B99B6" w14:textId="77777777" w:rsidR="00A928C1" w:rsidRDefault="00A928C1">
      <w:pPr>
        <w:rPr>
          <w:lang w:val="es-CO"/>
        </w:rPr>
      </w:pPr>
    </w:p>
    <w:p w14:paraId="115B037F" w14:textId="77777777" w:rsidR="00A928C1" w:rsidRDefault="00A928C1">
      <w:pPr>
        <w:rPr>
          <w:lang w:val="es-CO"/>
        </w:rPr>
      </w:pPr>
    </w:p>
    <w:p w14:paraId="3C2D6AC8" w14:textId="77777777" w:rsidR="00A928C1" w:rsidRDefault="00A928C1">
      <w:pPr>
        <w:rPr>
          <w:lang w:val="es-CO"/>
        </w:rPr>
      </w:pPr>
    </w:p>
    <w:p w14:paraId="5C591845" w14:textId="77777777" w:rsidR="00A928C1" w:rsidRDefault="00A928C1">
      <w:pPr>
        <w:rPr>
          <w:lang w:val="es-CO"/>
        </w:rPr>
      </w:pPr>
    </w:p>
    <w:p w14:paraId="1492FC04" w14:textId="77777777" w:rsidR="00A928C1" w:rsidRDefault="00A928C1" w:rsidP="00A928C1">
      <w:pPr>
        <w:jc w:val="center"/>
        <w:rPr>
          <w:lang w:val="es-CO"/>
        </w:rPr>
      </w:pPr>
    </w:p>
    <w:p w14:paraId="48013F52" w14:textId="6C5CC0AD" w:rsidR="00B97A4C" w:rsidRPr="00A928C1" w:rsidRDefault="00A928C1" w:rsidP="00A928C1">
      <w:pPr>
        <w:jc w:val="center"/>
        <w:rPr>
          <w:lang w:val="es-CO"/>
        </w:rPr>
      </w:pPr>
      <w:r w:rsidRPr="00A928C1">
        <w:rPr>
          <w:lang w:val="es-CO"/>
        </w:rPr>
        <w:t xml:space="preserve">Código: ____________    Versión: </w:t>
      </w:r>
      <w:r w:rsidR="00F31295">
        <w:rPr>
          <w:lang w:val="es-CO"/>
        </w:rPr>
        <w:t>01</w:t>
      </w:r>
      <w:r w:rsidRPr="00A928C1">
        <w:rPr>
          <w:lang w:val="es-CO"/>
        </w:rPr>
        <w:t xml:space="preserve">    Fecha: </w:t>
      </w:r>
      <w:r w:rsidR="00F31295">
        <w:rPr>
          <w:lang w:val="es-CO"/>
        </w:rPr>
        <w:t>septiembre de 2026</w:t>
      </w:r>
      <w:r w:rsidR="00D436F5" w:rsidRPr="00A928C1">
        <w:rPr>
          <w:lang w:val="es-CO"/>
        </w:rPr>
        <w:br w:type="page"/>
      </w:r>
    </w:p>
    <w:p w14:paraId="6B55D82A" w14:textId="77777777" w:rsidR="00F31295" w:rsidRDefault="00F31295" w:rsidP="00F31295">
      <w:pPr>
        <w:rPr>
          <w:lang w:val="es-CO"/>
        </w:rPr>
      </w:pPr>
    </w:p>
    <w:p w14:paraId="72E70DD2" w14:textId="06EA734C" w:rsidR="00B97A4C" w:rsidRPr="00A928C1" w:rsidRDefault="00D436F5">
      <w:pPr>
        <w:pStyle w:val="Ttulo1"/>
        <w:rPr>
          <w:lang w:val="es-CO"/>
        </w:rPr>
      </w:pPr>
      <w:r w:rsidRPr="00A928C1">
        <w:rPr>
          <w:lang w:val="es-CO"/>
        </w:rPr>
        <w:t>1. INSTRUCCIONES PARA EL ASPIRANTE</w:t>
      </w:r>
    </w:p>
    <w:p w14:paraId="250A13BF" w14:textId="77777777" w:rsidR="00B97A4C" w:rsidRPr="00A928C1" w:rsidRDefault="00D436F5" w:rsidP="00F31295">
      <w:pPr>
        <w:spacing w:after="0"/>
        <w:rPr>
          <w:lang w:val="es-CO"/>
        </w:rPr>
      </w:pPr>
      <w:r w:rsidRPr="00A928C1">
        <w:rPr>
          <w:lang w:val="es-CO"/>
        </w:rPr>
        <w:t>El presente formato orienta la elaboración y presentación de una propuesta preliminar de investigación doctoral. Su finalidad es permitir al Comité de Admisiones valorar la capacidad del aspirante para identificar y problematizar fenómenos relevantes de las ciencias del deporte, fundamentarlos científicamente, formular preguntas investigables y proyectar una ruta metodológica viable.</w:t>
      </w:r>
    </w:p>
    <w:p w14:paraId="0EA453F1" w14:textId="70BD55D3" w:rsidR="00B97A4C" w:rsidRDefault="00D436F5" w:rsidP="00F31295">
      <w:pPr>
        <w:spacing w:after="0"/>
        <w:rPr>
          <w:lang w:val="es-CO"/>
        </w:rPr>
      </w:pPr>
      <w:r w:rsidRPr="00A928C1">
        <w:rPr>
          <w:lang w:val="es-CO"/>
        </w:rPr>
        <w:t>La propuesta es de carácter preliminar. La eventual admisión al programa no implica que el título, problema, pregunta, metodología o productos deban mantenerse sin modificaciones durante el proceso doctoral.</w:t>
      </w:r>
    </w:p>
    <w:p w14:paraId="2A9283C1" w14:textId="77777777" w:rsidR="00F31295" w:rsidRPr="00A928C1" w:rsidRDefault="00F31295" w:rsidP="00F31295">
      <w:pPr>
        <w:spacing w:after="0"/>
        <w:rPr>
          <w:lang w:val="es-CO"/>
        </w:rPr>
      </w:pPr>
    </w:p>
    <w:p w14:paraId="5134F7F3" w14:textId="77777777" w:rsidR="00B97A4C" w:rsidRDefault="00D436F5" w:rsidP="00F31295">
      <w:pPr>
        <w:spacing w:after="0"/>
      </w:pPr>
      <w:r>
        <w:t>Orientaciones generales:</w:t>
      </w:r>
    </w:p>
    <w:p w14:paraId="78191657" w14:textId="77777777" w:rsidR="00B97A4C" w:rsidRPr="00A928C1" w:rsidRDefault="00D436F5" w:rsidP="00F31295">
      <w:pPr>
        <w:pStyle w:val="Listaconvietas"/>
        <w:spacing w:after="0"/>
        <w:rPr>
          <w:lang w:val="es-CO"/>
        </w:rPr>
      </w:pPr>
      <w:r w:rsidRPr="00A928C1">
        <w:rPr>
          <w:lang w:val="es-CO"/>
        </w:rPr>
        <w:t>Extensión sugerida del documento: 5–7 páginas de contenido, sin contar portada ni referencias.</w:t>
      </w:r>
    </w:p>
    <w:p w14:paraId="757B0B7A" w14:textId="77777777" w:rsidR="00B97A4C" w:rsidRPr="00A928C1" w:rsidRDefault="00D436F5" w:rsidP="00F31295">
      <w:pPr>
        <w:pStyle w:val="Listaconvietas"/>
        <w:spacing w:after="0"/>
        <w:rPr>
          <w:lang w:val="es-CO"/>
        </w:rPr>
      </w:pPr>
      <w:r w:rsidRPr="00A928C1">
        <w:rPr>
          <w:lang w:val="es-CO"/>
        </w:rPr>
        <w:t>Utilizar lenguaje académico, preciso y sustentado en evidencia científica.</w:t>
      </w:r>
    </w:p>
    <w:p w14:paraId="0C743B8A" w14:textId="77777777" w:rsidR="00B97A4C" w:rsidRPr="00A928C1" w:rsidRDefault="00D436F5" w:rsidP="00F31295">
      <w:pPr>
        <w:pStyle w:val="Listaconvietas"/>
        <w:spacing w:after="0"/>
        <w:rPr>
          <w:lang w:val="es-CO"/>
        </w:rPr>
      </w:pPr>
      <w:r w:rsidRPr="00A928C1">
        <w:rPr>
          <w:lang w:val="es-CO"/>
        </w:rPr>
        <w:t>Priorizar literatura científica pertinente, actualizada y de calidad; aplicar APA 7.ª edición.</w:t>
      </w:r>
    </w:p>
    <w:p w14:paraId="621CC61E" w14:textId="77777777" w:rsidR="00B97A4C" w:rsidRPr="00A928C1" w:rsidRDefault="00D436F5" w:rsidP="00F31295">
      <w:pPr>
        <w:pStyle w:val="Listaconvietas"/>
        <w:spacing w:after="0"/>
        <w:rPr>
          <w:lang w:val="es-CO"/>
        </w:rPr>
      </w:pPr>
      <w:r w:rsidRPr="00A928C1">
        <w:rPr>
          <w:lang w:val="es-CO"/>
        </w:rPr>
        <w:t>Diferenciar claramente tema de interés, situación problemática, problema científico y vacío de conocimiento.</w:t>
      </w:r>
    </w:p>
    <w:p w14:paraId="04E95474" w14:textId="77777777" w:rsidR="00B97A4C" w:rsidRPr="00A928C1" w:rsidRDefault="00D436F5" w:rsidP="00F31295">
      <w:pPr>
        <w:pStyle w:val="Listaconvietas"/>
        <w:spacing w:after="0"/>
        <w:rPr>
          <w:lang w:val="es-CO"/>
        </w:rPr>
      </w:pPr>
      <w:r w:rsidRPr="00A928C1">
        <w:rPr>
          <w:lang w:val="es-CO"/>
        </w:rPr>
        <w:t>Mantener coherencia entre problema, pregunta, objetivos, metodología, resultados esperados y aporte doctoral.</w:t>
      </w:r>
    </w:p>
    <w:p w14:paraId="06599AAB" w14:textId="73333B48" w:rsidR="00B97A4C" w:rsidRDefault="00D436F5" w:rsidP="00F31295">
      <w:pPr>
        <w:pStyle w:val="Listaconvietas"/>
        <w:spacing w:after="0"/>
        <w:rPr>
          <w:lang w:val="es-CO"/>
        </w:rPr>
      </w:pPr>
      <w:r w:rsidRPr="00A928C1">
        <w:rPr>
          <w:lang w:val="es-CO"/>
        </w:rPr>
        <w:t>La presentación oral tendrá una duración máxima sugerida de 10 minutos y se realizará con 8 diapositivas.</w:t>
      </w:r>
    </w:p>
    <w:p w14:paraId="0F76310B" w14:textId="1A379FA9" w:rsidR="00F71D66" w:rsidRPr="00F71D66" w:rsidRDefault="00F71D66" w:rsidP="00F31295">
      <w:pPr>
        <w:pStyle w:val="Listaconvietas"/>
        <w:spacing w:after="0"/>
        <w:rPr>
          <w:lang w:val="es-CO"/>
        </w:rPr>
      </w:pPr>
      <w:r>
        <w:rPr>
          <w:lang w:val="es-CO"/>
        </w:rPr>
        <w:t xml:space="preserve">Para el momento de inscripción el aspirante debe diligenciar los campos obligatorios marcados con </w:t>
      </w:r>
      <w:r w:rsidRPr="00F71D66">
        <w:rPr>
          <w:b/>
          <w:bCs/>
          <w:lang w:val="es-CO"/>
        </w:rPr>
        <w:t>*</w:t>
      </w:r>
    </w:p>
    <w:p w14:paraId="62F4D628" w14:textId="44CE8E5F" w:rsidR="00F71D66" w:rsidRPr="00A928C1" w:rsidRDefault="00F71D66" w:rsidP="00F31295">
      <w:pPr>
        <w:pStyle w:val="Listaconvietas"/>
        <w:spacing w:after="0"/>
        <w:rPr>
          <w:lang w:val="es-CO"/>
        </w:rPr>
      </w:pPr>
      <w:r>
        <w:rPr>
          <w:b/>
          <w:bCs/>
          <w:lang w:val="es-CO"/>
        </w:rPr>
        <w:t>Para el momento de la entrevista el aspirante debe presentar la propuesta en el estado de avance a dicho momento.</w:t>
      </w:r>
    </w:p>
    <w:p w14:paraId="368F5243" w14:textId="0215807F" w:rsidR="00B97A4C" w:rsidRPr="001741D5" w:rsidRDefault="00D436F5">
      <w:pPr>
        <w:pStyle w:val="Ttulo1"/>
        <w:rPr>
          <w:lang w:val="es-CO"/>
        </w:rPr>
      </w:pPr>
      <w:r w:rsidRPr="00F71D66">
        <w:rPr>
          <w:lang w:val="es-CO"/>
        </w:rPr>
        <w:t>2. DATOS DE IDENTIFICACIÓN DEL ASPIRANTE</w:t>
      </w:r>
      <w:r w:rsidR="001741D5">
        <w:rPr>
          <w:lang w:val="es-CO"/>
        </w:rPr>
        <w:t xml:space="preserve"> </w:t>
      </w:r>
      <w:r w:rsidR="001741D5" w:rsidRPr="001741D5">
        <w:rPr>
          <w:color w:val="FF0000"/>
          <w:lang w:val="es-CO"/>
        </w:rPr>
        <w:t>(***** obligatorio para inscripción)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B97A4C" w14:paraId="0BD511DC" w14:textId="77777777">
        <w:trPr>
          <w:jc w:val="center"/>
        </w:trPr>
        <w:tc>
          <w:tcPr>
            <w:tcW w:w="4901" w:type="dxa"/>
            <w:shd w:val="clear" w:color="auto" w:fill="D9EAF7"/>
            <w:vAlign w:val="center"/>
          </w:tcPr>
          <w:p w14:paraId="33539A66" w14:textId="77777777" w:rsidR="00B97A4C" w:rsidRDefault="00D436F5">
            <w:r>
              <w:rPr>
                <w:b/>
                <w:sz w:val="18"/>
              </w:rPr>
              <w:t>Campo</w:t>
            </w:r>
          </w:p>
        </w:tc>
        <w:tc>
          <w:tcPr>
            <w:tcW w:w="4901" w:type="dxa"/>
            <w:shd w:val="clear" w:color="auto" w:fill="D9EAF7"/>
            <w:vAlign w:val="center"/>
          </w:tcPr>
          <w:p w14:paraId="29570E87" w14:textId="77777777" w:rsidR="00B97A4C" w:rsidRDefault="00D436F5">
            <w:r>
              <w:rPr>
                <w:b/>
                <w:sz w:val="18"/>
              </w:rPr>
              <w:t>Información</w:t>
            </w:r>
          </w:p>
        </w:tc>
      </w:tr>
      <w:tr w:rsidR="00B97A4C" w14:paraId="3D8CFE4A" w14:textId="77777777">
        <w:trPr>
          <w:jc w:val="center"/>
        </w:trPr>
        <w:tc>
          <w:tcPr>
            <w:tcW w:w="4901" w:type="dxa"/>
            <w:vAlign w:val="center"/>
          </w:tcPr>
          <w:p w14:paraId="081ADCF9" w14:textId="77777777" w:rsidR="00B97A4C" w:rsidRDefault="00D436F5">
            <w:r>
              <w:rPr>
                <w:sz w:val="18"/>
              </w:rPr>
              <w:t>Nombre completo</w:t>
            </w:r>
          </w:p>
        </w:tc>
        <w:tc>
          <w:tcPr>
            <w:tcW w:w="4901" w:type="dxa"/>
            <w:vAlign w:val="center"/>
          </w:tcPr>
          <w:p w14:paraId="099BEAD7" w14:textId="77777777" w:rsidR="00B97A4C" w:rsidRDefault="00B97A4C"/>
        </w:tc>
      </w:tr>
      <w:tr w:rsidR="00B97A4C" w14:paraId="50D324BA" w14:textId="77777777">
        <w:trPr>
          <w:jc w:val="center"/>
        </w:trPr>
        <w:tc>
          <w:tcPr>
            <w:tcW w:w="4901" w:type="dxa"/>
            <w:vAlign w:val="center"/>
          </w:tcPr>
          <w:p w14:paraId="650441F6" w14:textId="77777777" w:rsidR="00B97A4C" w:rsidRDefault="00D436F5">
            <w:r>
              <w:rPr>
                <w:sz w:val="18"/>
              </w:rPr>
              <w:t>Documento de identidad</w:t>
            </w:r>
          </w:p>
        </w:tc>
        <w:tc>
          <w:tcPr>
            <w:tcW w:w="4901" w:type="dxa"/>
            <w:vAlign w:val="center"/>
          </w:tcPr>
          <w:p w14:paraId="6F63557A" w14:textId="77777777" w:rsidR="00B97A4C" w:rsidRDefault="00B97A4C"/>
        </w:tc>
      </w:tr>
      <w:tr w:rsidR="00B97A4C" w14:paraId="7F621821" w14:textId="77777777">
        <w:trPr>
          <w:jc w:val="center"/>
        </w:trPr>
        <w:tc>
          <w:tcPr>
            <w:tcW w:w="4901" w:type="dxa"/>
            <w:vAlign w:val="center"/>
          </w:tcPr>
          <w:p w14:paraId="4F34D3B4" w14:textId="77777777" w:rsidR="00B97A4C" w:rsidRDefault="00D436F5">
            <w:r>
              <w:rPr>
                <w:sz w:val="18"/>
              </w:rPr>
              <w:t>Formación profesional</w:t>
            </w:r>
          </w:p>
        </w:tc>
        <w:tc>
          <w:tcPr>
            <w:tcW w:w="4901" w:type="dxa"/>
            <w:vAlign w:val="center"/>
          </w:tcPr>
          <w:p w14:paraId="38AA7BF4" w14:textId="77777777" w:rsidR="00B97A4C" w:rsidRDefault="00B97A4C"/>
        </w:tc>
      </w:tr>
      <w:tr w:rsidR="00B97A4C" w14:paraId="00032F6F" w14:textId="77777777">
        <w:trPr>
          <w:jc w:val="center"/>
        </w:trPr>
        <w:tc>
          <w:tcPr>
            <w:tcW w:w="4901" w:type="dxa"/>
            <w:vAlign w:val="center"/>
          </w:tcPr>
          <w:p w14:paraId="714497AE" w14:textId="77777777" w:rsidR="00B97A4C" w:rsidRDefault="00D436F5">
            <w:r>
              <w:rPr>
                <w:sz w:val="18"/>
              </w:rPr>
              <w:t>Formación de posgrado</w:t>
            </w:r>
          </w:p>
        </w:tc>
        <w:tc>
          <w:tcPr>
            <w:tcW w:w="4901" w:type="dxa"/>
            <w:vAlign w:val="center"/>
          </w:tcPr>
          <w:p w14:paraId="6F7BEB6A" w14:textId="77777777" w:rsidR="00B97A4C" w:rsidRDefault="00B97A4C"/>
        </w:tc>
      </w:tr>
      <w:tr w:rsidR="00B97A4C" w14:paraId="5C1FBA65" w14:textId="77777777">
        <w:trPr>
          <w:jc w:val="center"/>
        </w:trPr>
        <w:tc>
          <w:tcPr>
            <w:tcW w:w="4901" w:type="dxa"/>
            <w:vAlign w:val="center"/>
          </w:tcPr>
          <w:p w14:paraId="153F546C" w14:textId="77777777" w:rsidR="00B97A4C" w:rsidRDefault="00D436F5">
            <w:r>
              <w:rPr>
                <w:sz w:val="18"/>
              </w:rPr>
              <w:t>Experiencia investigativa</w:t>
            </w:r>
          </w:p>
        </w:tc>
        <w:tc>
          <w:tcPr>
            <w:tcW w:w="4901" w:type="dxa"/>
            <w:vAlign w:val="center"/>
          </w:tcPr>
          <w:p w14:paraId="39967553" w14:textId="77777777" w:rsidR="00B97A4C" w:rsidRDefault="00B97A4C"/>
        </w:tc>
      </w:tr>
      <w:tr w:rsidR="00B97A4C" w14:paraId="5F1208B4" w14:textId="77777777">
        <w:trPr>
          <w:jc w:val="center"/>
        </w:trPr>
        <w:tc>
          <w:tcPr>
            <w:tcW w:w="4901" w:type="dxa"/>
            <w:vAlign w:val="center"/>
          </w:tcPr>
          <w:p w14:paraId="483E908E" w14:textId="77777777" w:rsidR="00B97A4C" w:rsidRDefault="00D436F5">
            <w:r>
              <w:rPr>
                <w:sz w:val="18"/>
              </w:rPr>
              <w:t>Experiencia profesional/deportiva</w:t>
            </w:r>
          </w:p>
        </w:tc>
        <w:tc>
          <w:tcPr>
            <w:tcW w:w="4901" w:type="dxa"/>
            <w:vAlign w:val="center"/>
          </w:tcPr>
          <w:p w14:paraId="233C6597" w14:textId="77777777" w:rsidR="00B97A4C" w:rsidRDefault="00B97A4C"/>
        </w:tc>
      </w:tr>
      <w:tr w:rsidR="00B97A4C" w:rsidRPr="00F71D66" w14:paraId="3B2AD763" w14:textId="77777777">
        <w:trPr>
          <w:jc w:val="center"/>
        </w:trPr>
        <w:tc>
          <w:tcPr>
            <w:tcW w:w="4901" w:type="dxa"/>
            <w:vAlign w:val="center"/>
          </w:tcPr>
          <w:p w14:paraId="51E4B9BB" w14:textId="77777777" w:rsidR="00B97A4C" w:rsidRPr="00A928C1" w:rsidRDefault="00D436F5">
            <w:pPr>
              <w:rPr>
                <w:lang w:val="es-CO"/>
              </w:rPr>
            </w:pPr>
            <w:r w:rsidRPr="00A928C1">
              <w:rPr>
                <w:sz w:val="18"/>
                <w:lang w:val="es-CO"/>
              </w:rPr>
              <w:t>Grupo(s) de investigación relacionado(s)</w:t>
            </w:r>
          </w:p>
        </w:tc>
        <w:tc>
          <w:tcPr>
            <w:tcW w:w="4901" w:type="dxa"/>
            <w:vAlign w:val="center"/>
          </w:tcPr>
          <w:p w14:paraId="4EB61AB1" w14:textId="77777777" w:rsidR="00B97A4C" w:rsidRPr="00A928C1" w:rsidRDefault="00B97A4C">
            <w:pPr>
              <w:rPr>
                <w:lang w:val="es-CO"/>
              </w:rPr>
            </w:pPr>
          </w:p>
        </w:tc>
      </w:tr>
      <w:tr w:rsidR="00B97A4C" w:rsidRPr="00F71D66" w14:paraId="3CB96493" w14:textId="77777777">
        <w:trPr>
          <w:jc w:val="center"/>
        </w:trPr>
        <w:tc>
          <w:tcPr>
            <w:tcW w:w="4901" w:type="dxa"/>
            <w:vAlign w:val="center"/>
          </w:tcPr>
          <w:p w14:paraId="7595B7B2" w14:textId="77777777" w:rsidR="00B97A4C" w:rsidRPr="00A928C1" w:rsidRDefault="00D436F5">
            <w:pPr>
              <w:rPr>
                <w:lang w:val="es-CO"/>
              </w:rPr>
            </w:pPr>
            <w:r w:rsidRPr="00A928C1">
              <w:rPr>
                <w:sz w:val="18"/>
                <w:lang w:val="es-CO"/>
              </w:rPr>
              <w:t>Línea de investigación doctoral de interés</w:t>
            </w:r>
          </w:p>
        </w:tc>
        <w:tc>
          <w:tcPr>
            <w:tcW w:w="4901" w:type="dxa"/>
            <w:vAlign w:val="center"/>
          </w:tcPr>
          <w:p w14:paraId="0BB5137D" w14:textId="77777777" w:rsidR="00B97A4C" w:rsidRPr="00A928C1" w:rsidRDefault="00B97A4C">
            <w:pPr>
              <w:rPr>
                <w:lang w:val="es-CO"/>
              </w:rPr>
            </w:pPr>
          </w:p>
        </w:tc>
      </w:tr>
      <w:tr w:rsidR="00B97A4C" w:rsidRPr="00F71D66" w14:paraId="456BA8C7" w14:textId="77777777">
        <w:trPr>
          <w:jc w:val="center"/>
        </w:trPr>
        <w:tc>
          <w:tcPr>
            <w:tcW w:w="4901" w:type="dxa"/>
            <w:vAlign w:val="center"/>
          </w:tcPr>
          <w:p w14:paraId="2F541DCA" w14:textId="77777777" w:rsidR="00B97A4C" w:rsidRPr="00A928C1" w:rsidRDefault="00D436F5">
            <w:pPr>
              <w:rPr>
                <w:lang w:val="es-CO"/>
              </w:rPr>
            </w:pPr>
            <w:r w:rsidRPr="00A928C1">
              <w:rPr>
                <w:sz w:val="18"/>
                <w:lang w:val="es-CO"/>
              </w:rPr>
              <w:t>Investigador/director potencial, si aplica</w:t>
            </w:r>
          </w:p>
        </w:tc>
        <w:tc>
          <w:tcPr>
            <w:tcW w:w="4901" w:type="dxa"/>
            <w:vAlign w:val="center"/>
          </w:tcPr>
          <w:p w14:paraId="4907A5AD" w14:textId="77777777" w:rsidR="00B97A4C" w:rsidRPr="00A928C1" w:rsidRDefault="00B97A4C">
            <w:pPr>
              <w:rPr>
                <w:lang w:val="es-CO"/>
              </w:rPr>
            </w:pPr>
          </w:p>
        </w:tc>
      </w:tr>
      <w:tr w:rsidR="00B97A4C" w14:paraId="6E86F9AF" w14:textId="77777777">
        <w:trPr>
          <w:jc w:val="center"/>
        </w:trPr>
        <w:tc>
          <w:tcPr>
            <w:tcW w:w="4901" w:type="dxa"/>
            <w:vAlign w:val="center"/>
          </w:tcPr>
          <w:p w14:paraId="4E36A658" w14:textId="77777777" w:rsidR="00B97A4C" w:rsidRDefault="00D436F5">
            <w:r>
              <w:rPr>
                <w:sz w:val="18"/>
              </w:rPr>
              <w:t>Correo electrónico</w:t>
            </w:r>
          </w:p>
        </w:tc>
        <w:tc>
          <w:tcPr>
            <w:tcW w:w="4901" w:type="dxa"/>
            <w:vAlign w:val="center"/>
          </w:tcPr>
          <w:p w14:paraId="219865D2" w14:textId="77777777" w:rsidR="00B97A4C" w:rsidRDefault="00B97A4C"/>
        </w:tc>
      </w:tr>
      <w:tr w:rsidR="00B97A4C" w14:paraId="79E599B1" w14:textId="77777777">
        <w:trPr>
          <w:jc w:val="center"/>
        </w:trPr>
        <w:tc>
          <w:tcPr>
            <w:tcW w:w="4901" w:type="dxa"/>
            <w:vAlign w:val="center"/>
          </w:tcPr>
          <w:p w14:paraId="4B25AAF4" w14:textId="77777777" w:rsidR="00B97A4C" w:rsidRDefault="00D436F5">
            <w:r>
              <w:rPr>
                <w:sz w:val="18"/>
              </w:rPr>
              <w:t>Teléfono</w:t>
            </w:r>
          </w:p>
        </w:tc>
        <w:tc>
          <w:tcPr>
            <w:tcW w:w="4901" w:type="dxa"/>
            <w:vAlign w:val="center"/>
          </w:tcPr>
          <w:p w14:paraId="7F1C408F" w14:textId="77777777" w:rsidR="00B97A4C" w:rsidRDefault="00B97A4C"/>
        </w:tc>
      </w:tr>
    </w:tbl>
    <w:p w14:paraId="19E57CDD" w14:textId="29611E46" w:rsidR="00F31295" w:rsidRDefault="00F31295" w:rsidP="00F31295"/>
    <w:p w14:paraId="0DD322AC" w14:textId="77E5DFA5" w:rsidR="00F31295" w:rsidRDefault="00F31295" w:rsidP="00F31295"/>
    <w:p w14:paraId="48C1C1DD" w14:textId="4C371E1D" w:rsidR="00F31295" w:rsidRDefault="00F31295" w:rsidP="00F31295"/>
    <w:p w14:paraId="798B2EC6" w14:textId="77777777" w:rsidR="00F31295" w:rsidRDefault="00F31295" w:rsidP="00F31295"/>
    <w:p w14:paraId="7846234B" w14:textId="559450B7" w:rsidR="00B97A4C" w:rsidRPr="00F31295" w:rsidRDefault="00D436F5">
      <w:pPr>
        <w:pStyle w:val="Ttulo1"/>
        <w:rPr>
          <w:lang w:val="es-CO"/>
        </w:rPr>
      </w:pPr>
      <w:r w:rsidRPr="00F31295">
        <w:rPr>
          <w:lang w:val="es-CO"/>
        </w:rPr>
        <w:t>3. IDENTIFICACIÓN DE LA PROPUESTA</w:t>
      </w:r>
      <w:r w:rsidR="001741D5">
        <w:rPr>
          <w:lang w:val="es-CO"/>
        </w:rPr>
        <w:t xml:space="preserve"> </w:t>
      </w:r>
      <w:r w:rsidR="001741D5" w:rsidRPr="001741D5">
        <w:rPr>
          <w:color w:val="FF0000"/>
          <w:lang w:val="es-CO"/>
        </w:rPr>
        <w:t>(***** obligatorio para inscripción)</w:t>
      </w:r>
    </w:p>
    <w:p w14:paraId="63529088" w14:textId="77777777" w:rsidR="00F31295" w:rsidRDefault="00F31295" w:rsidP="00F31295">
      <w:pPr>
        <w:spacing w:after="0"/>
        <w:rPr>
          <w:b/>
          <w:lang w:val="es-CO"/>
        </w:rPr>
      </w:pPr>
    </w:p>
    <w:p w14:paraId="35C4E829" w14:textId="0E440A7A" w:rsidR="00B97A4C" w:rsidRPr="00F31295" w:rsidRDefault="00D436F5" w:rsidP="00F31295">
      <w:pPr>
        <w:spacing w:after="80"/>
        <w:rPr>
          <w:lang w:val="es-CO"/>
        </w:rPr>
      </w:pPr>
      <w:r w:rsidRPr="00F31295">
        <w:rPr>
          <w:b/>
          <w:lang w:val="es-CO"/>
        </w:rPr>
        <w:t>Título provisional:</w:t>
      </w:r>
    </w:p>
    <w:p w14:paraId="5E0B46BB" w14:textId="77777777" w:rsidR="00B97A4C" w:rsidRPr="00F31295" w:rsidRDefault="00D436F5" w:rsidP="00F31295">
      <w:pPr>
        <w:spacing w:after="80"/>
        <w:rPr>
          <w:lang w:val="es-CO"/>
        </w:rPr>
      </w:pPr>
      <w:r w:rsidRPr="00F31295">
        <w:rPr>
          <w:lang w:val="es-CO"/>
        </w:rPr>
        <w:t>________________________________________________________________________________</w:t>
      </w:r>
    </w:p>
    <w:p w14:paraId="71A56BF7" w14:textId="77777777" w:rsidR="00B97A4C" w:rsidRPr="00F31295" w:rsidRDefault="00D436F5" w:rsidP="00F31295">
      <w:pPr>
        <w:spacing w:after="80"/>
        <w:rPr>
          <w:lang w:val="es-CO"/>
        </w:rPr>
      </w:pPr>
      <w:r w:rsidRPr="00F31295">
        <w:rPr>
          <w:b/>
          <w:lang w:val="es-CO"/>
        </w:rPr>
        <w:t>Línea de investigación:</w:t>
      </w:r>
    </w:p>
    <w:p w14:paraId="722BE27B" w14:textId="77777777" w:rsidR="00B97A4C" w:rsidRPr="00F31295" w:rsidRDefault="00D436F5" w:rsidP="00F31295">
      <w:pPr>
        <w:spacing w:after="80"/>
        <w:rPr>
          <w:lang w:val="es-CO"/>
        </w:rPr>
      </w:pPr>
      <w:r w:rsidRPr="00F31295">
        <w:rPr>
          <w:lang w:val="es-CO"/>
        </w:rPr>
        <w:t>________________________________________________________________________________</w:t>
      </w:r>
    </w:p>
    <w:p w14:paraId="189C7D5A" w14:textId="77777777" w:rsidR="00B97A4C" w:rsidRPr="00F31295" w:rsidRDefault="00D436F5" w:rsidP="00F31295">
      <w:pPr>
        <w:spacing w:after="80"/>
        <w:rPr>
          <w:lang w:val="es-CO"/>
        </w:rPr>
      </w:pPr>
      <w:r w:rsidRPr="00F31295">
        <w:rPr>
          <w:b/>
          <w:lang w:val="es-CO"/>
        </w:rPr>
        <w:t>Palabras clave:</w:t>
      </w:r>
    </w:p>
    <w:p w14:paraId="46819221" w14:textId="77777777" w:rsidR="00B97A4C" w:rsidRPr="00F31295" w:rsidRDefault="00D436F5" w:rsidP="00F31295">
      <w:pPr>
        <w:spacing w:after="80"/>
        <w:rPr>
          <w:lang w:val="es-CO"/>
        </w:rPr>
      </w:pPr>
      <w:r w:rsidRPr="00F31295">
        <w:rPr>
          <w:lang w:val="es-CO"/>
        </w:rPr>
        <w:t>________________________________________________________________________________</w:t>
      </w:r>
    </w:p>
    <w:p w14:paraId="73CFCACF" w14:textId="18111D11" w:rsidR="00B97A4C" w:rsidRPr="00F31295" w:rsidRDefault="00D436F5">
      <w:pPr>
        <w:pStyle w:val="Ttulo1"/>
        <w:rPr>
          <w:lang w:val="es-CO"/>
        </w:rPr>
      </w:pPr>
      <w:r w:rsidRPr="00F31295">
        <w:rPr>
          <w:lang w:val="es-CO"/>
        </w:rPr>
        <w:t>4. CONTEXTUALIZACIÓN DEL FENÓMENO</w:t>
      </w:r>
      <w:r w:rsidR="001741D5">
        <w:rPr>
          <w:lang w:val="es-CO"/>
        </w:rPr>
        <w:t xml:space="preserve"> </w:t>
      </w:r>
      <w:r w:rsidR="001741D5" w:rsidRPr="001741D5">
        <w:rPr>
          <w:color w:val="FF0000"/>
          <w:lang w:val="es-CO"/>
        </w:rPr>
        <w:t>(***** obligatorio para inscripción)</w:t>
      </w:r>
    </w:p>
    <w:p w14:paraId="05A46AB4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Extensión sugerida: 300–500 palabras. Describa el fenómeno, contexto, población, relevancia y transformaciones que justifican su estudio.</w:t>
      </w:r>
    </w:p>
    <w:p w14:paraId="0F9E267A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b/>
          <w:lang w:val="es-CO"/>
        </w:rPr>
        <w:t>Respuesta:</w:t>
      </w:r>
    </w:p>
    <w:p w14:paraId="4136DACE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7074EB6C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50787F3A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39B5AA9D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095F1B03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1884E03B" w14:textId="77777777" w:rsidR="00B97A4C" w:rsidRPr="00A928C1" w:rsidRDefault="00D436F5">
      <w:pPr>
        <w:pStyle w:val="Ttulo1"/>
        <w:rPr>
          <w:lang w:val="es-CO"/>
        </w:rPr>
      </w:pPr>
      <w:r w:rsidRPr="00A928C1">
        <w:rPr>
          <w:lang w:val="es-CO"/>
        </w:rPr>
        <w:t>5. ANTECEDENTES Y ESTADO PRELIMINAR DEL CONOCIMIENTO</w:t>
      </w:r>
    </w:p>
    <w:p w14:paraId="3C9B04AF" w14:textId="77777777" w:rsidR="00B97A4C" w:rsidRPr="00A928C1" w:rsidRDefault="00D436F5" w:rsidP="00F31295">
      <w:pPr>
        <w:spacing w:after="0"/>
        <w:rPr>
          <w:lang w:val="es-CO"/>
        </w:rPr>
      </w:pPr>
      <w:r w:rsidRPr="00A928C1">
        <w:rPr>
          <w:lang w:val="es-CO"/>
        </w:rPr>
        <w:t>Extensión sugerida: 500–700 palabras. Sintetice antecedentes internacionales, nacionales y contextuales; teorías, modelos, resultados convergentes/divergentes y vacíos.</w:t>
      </w:r>
    </w:p>
    <w:p w14:paraId="220F91D5" w14:textId="77777777" w:rsidR="00B97A4C" w:rsidRDefault="00D436F5" w:rsidP="00F31295">
      <w:pPr>
        <w:spacing w:after="80"/>
      </w:pPr>
      <w:r>
        <w:rPr>
          <w:b/>
        </w:rPr>
        <w:t>Síntesis:</w:t>
      </w:r>
    </w:p>
    <w:p w14:paraId="4A5A4D34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05509FE8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01133CDC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5A127287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10C07E23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43B3C288" w14:textId="717FA3AB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48B6D766" w14:textId="77777777" w:rsidR="00F31295" w:rsidRDefault="00F31295" w:rsidP="00F31295">
      <w:pPr>
        <w:spacing w:after="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25"/>
        <w:gridCol w:w="1896"/>
        <w:gridCol w:w="1625"/>
        <w:gridCol w:w="1622"/>
        <w:gridCol w:w="1623"/>
        <w:gridCol w:w="1627"/>
      </w:tblGrid>
      <w:tr w:rsidR="00B97A4C" w14:paraId="2D12CCA9" w14:textId="77777777" w:rsidTr="00F31295">
        <w:trPr>
          <w:jc w:val="center"/>
        </w:trPr>
        <w:tc>
          <w:tcPr>
            <w:tcW w:w="1625" w:type="dxa"/>
            <w:shd w:val="clear" w:color="auto" w:fill="D9EAF7"/>
            <w:vAlign w:val="center"/>
          </w:tcPr>
          <w:p w14:paraId="00706D43" w14:textId="77777777" w:rsidR="00B97A4C" w:rsidRDefault="00D436F5">
            <w:r>
              <w:rPr>
                <w:b/>
                <w:sz w:val="18"/>
              </w:rPr>
              <w:t>Autor/año</w:t>
            </w:r>
          </w:p>
        </w:tc>
        <w:tc>
          <w:tcPr>
            <w:tcW w:w="1896" w:type="dxa"/>
            <w:shd w:val="clear" w:color="auto" w:fill="D9EAF7"/>
            <w:vAlign w:val="center"/>
          </w:tcPr>
          <w:p w14:paraId="741C5889" w14:textId="77777777" w:rsidR="00B97A4C" w:rsidRDefault="00D436F5">
            <w:r>
              <w:rPr>
                <w:b/>
                <w:sz w:val="18"/>
              </w:rPr>
              <w:t>Contexto/población</w:t>
            </w:r>
          </w:p>
        </w:tc>
        <w:tc>
          <w:tcPr>
            <w:tcW w:w="1625" w:type="dxa"/>
            <w:shd w:val="clear" w:color="auto" w:fill="D9EAF7"/>
            <w:vAlign w:val="center"/>
          </w:tcPr>
          <w:p w14:paraId="7E7D7E9F" w14:textId="77777777" w:rsidR="00B97A4C" w:rsidRDefault="00D436F5">
            <w:r>
              <w:rPr>
                <w:b/>
                <w:sz w:val="18"/>
              </w:rPr>
              <w:t>Propósito</w:t>
            </w:r>
          </w:p>
        </w:tc>
        <w:tc>
          <w:tcPr>
            <w:tcW w:w="1622" w:type="dxa"/>
            <w:shd w:val="clear" w:color="auto" w:fill="D9EAF7"/>
            <w:vAlign w:val="center"/>
          </w:tcPr>
          <w:p w14:paraId="2F6F9312" w14:textId="77777777" w:rsidR="00B97A4C" w:rsidRDefault="00D436F5">
            <w:r>
              <w:rPr>
                <w:b/>
                <w:sz w:val="18"/>
              </w:rPr>
              <w:t>Método</w:t>
            </w:r>
          </w:p>
        </w:tc>
        <w:tc>
          <w:tcPr>
            <w:tcW w:w="1623" w:type="dxa"/>
            <w:shd w:val="clear" w:color="auto" w:fill="D9EAF7"/>
            <w:vAlign w:val="center"/>
          </w:tcPr>
          <w:p w14:paraId="6669F660" w14:textId="77777777" w:rsidR="00B97A4C" w:rsidRDefault="00D436F5">
            <w:r>
              <w:rPr>
                <w:b/>
                <w:sz w:val="18"/>
              </w:rPr>
              <w:t>Hallazgo principal</w:t>
            </w:r>
          </w:p>
        </w:tc>
        <w:tc>
          <w:tcPr>
            <w:tcW w:w="1627" w:type="dxa"/>
            <w:shd w:val="clear" w:color="auto" w:fill="D9EAF7"/>
            <w:vAlign w:val="center"/>
          </w:tcPr>
          <w:p w14:paraId="0A1D9CBE" w14:textId="77777777" w:rsidR="00B97A4C" w:rsidRDefault="00D436F5">
            <w:r>
              <w:rPr>
                <w:b/>
                <w:sz w:val="18"/>
              </w:rPr>
              <w:t>Vacío identificado</w:t>
            </w:r>
          </w:p>
        </w:tc>
      </w:tr>
      <w:tr w:rsidR="00B97A4C" w14:paraId="499EB60E" w14:textId="77777777" w:rsidTr="00F31295">
        <w:trPr>
          <w:jc w:val="center"/>
        </w:trPr>
        <w:tc>
          <w:tcPr>
            <w:tcW w:w="1625" w:type="dxa"/>
            <w:vAlign w:val="center"/>
          </w:tcPr>
          <w:p w14:paraId="45424C9B" w14:textId="77777777" w:rsidR="00B97A4C" w:rsidRDefault="00B97A4C"/>
        </w:tc>
        <w:tc>
          <w:tcPr>
            <w:tcW w:w="1896" w:type="dxa"/>
            <w:vAlign w:val="center"/>
          </w:tcPr>
          <w:p w14:paraId="1B81AEA7" w14:textId="77777777" w:rsidR="00B97A4C" w:rsidRDefault="00B97A4C"/>
        </w:tc>
        <w:tc>
          <w:tcPr>
            <w:tcW w:w="1625" w:type="dxa"/>
            <w:vAlign w:val="center"/>
          </w:tcPr>
          <w:p w14:paraId="5915F610" w14:textId="77777777" w:rsidR="00B97A4C" w:rsidRDefault="00B97A4C"/>
        </w:tc>
        <w:tc>
          <w:tcPr>
            <w:tcW w:w="1622" w:type="dxa"/>
            <w:vAlign w:val="center"/>
          </w:tcPr>
          <w:p w14:paraId="3A8DA2E6" w14:textId="77777777" w:rsidR="00B97A4C" w:rsidRDefault="00B97A4C"/>
        </w:tc>
        <w:tc>
          <w:tcPr>
            <w:tcW w:w="1623" w:type="dxa"/>
            <w:vAlign w:val="center"/>
          </w:tcPr>
          <w:p w14:paraId="66AF1849" w14:textId="77777777" w:rsidR="00B97A4C" w:rsidRDefault="00B97A4C"/>
        </w:tc>
        <w:tc>
          <w:tcPr>
            <w:tcW w:w="1627" w:type="dxa"/>
            <w:vAlign w:val="center"/>
          </w:tcPr>
          <w:p w14:paraId="66439457" w14:textId="77777777" w:rsidR="00B97A4C" w:rsidRDefault="00B97A4C"/>
        </w:tc>
      </w:tr>
      <w:tr w:rsidR="00B97A4C" w14:paraId="04E2DFC9" w14:textId="77777777" w:rsidTr="00F31295">
        <w:trPr>
          <w:jc w:val="center"/>
        </w:trPr>
        <w:tc>
          <w:tcPr>
            <w:tcW w:w="1625" w:type="dxa"/>
            <w:vAlign w:val="center"/>
          </w:tcPr>
          <w:p w14:paraId="68BB18DD" w14:textId="77777777" w:rsidR="00B97A4C" w:rsidRDefault="00B97A4C"/>
        </w:tc>
        <w:tc>
          <w:tcPr>
            <w:tcW w:w="1896" w:type="dxa"/>
            <w:vAlign w:val="center"/>
          </w:tcPr>
          <w:p w14:paraId="6CB5D80F" w14:textId="77777777" w:rsidR="00B97A4C" w:rsidRDefault="00B97A4C"/>
        </w:tc>
        <w:tc>
          <w:tcPr>
            <w:tcW w:w="1625" w:type="dxa"/>
            <w:vAlign w:val="center"/>
          </w:tcPr>
          <w:p w14:paraId="172EA85E" w14:textId="77777777" w:rsidR="00B97A4C" w:rsidRDefault="00B97A4C"/>
        </w:tc>
        <w:tc>
          <w:tcPr>
            <w:tcW w:w="1622" w:type="dxa"/>
            <w:vAlign w:val="center"/>
          </w:tcPr>
          <w:p w14:paraId="73FDEDCB" w14:textId="77777777" w:rsidR="00B97A4C" w:rsidRDefault="00B97A4C"/>
        </w:tc>
        <w:tc>
          <w:tcPr>
            <w:tcW w:w="1623" w:type="dxa"/>
            <w:vAlign w:val="center"/>
          </w:tcPr>
          <w:p w14:paraId="6F98882B" w14:textId="77777777" w:rsidR="00B97A4C" w:rsidRDefault="00B97A4C"/>
        </w:tc>
        <w:tc>
          <w:tcPr>
            <w:tcW w:w="1627" w:type="dxa"/>
            <w:vAlign w:val="center"/>
          </w:tcPr>
          <w:p w14:paraId="49ACCA8A" w14:textId="77777777" w:rsidR="00B97A4C" w:rsidRDefault="00B97A4C"/>
        </w:tc>
      </w:tr>
      <w:tr w:rsidR="00B97A4C" w14:paraId="3236A20D" w14:textId="77777777" w:rsidTr="00F31295">
        <w:trPr>
          <w:jc w:val="center"/>
        </w:trPr>
        <w:tc>
          <w:tcPr>
            <w:tcW w:w="1625" w:type="dxa"/>
            <w:vAlign w:val="center"/>
          </w:tcPr>
          <w:p w14:paraId="0EAFD8B8" w14:textId="77777777" w:rsidR="00B97A4C" w:rsidRDefault="00B97A4C"/>
        </w:tc>
        <w:tc>
          <w:tcPr>
            <w:tcW w:w="1896" w:type="dxa"/>
            <w:vAlign w:val="center"/>
          </w:tcPr>
          <w:p w14:paraId="0B19D540" w14:textId="77777777" w:rsidR="00B97A4C" w:rsidRDefault="00B97A4C"/>
        </w:tc>
        <w:tc>
          <w:tcPr>
            <w:tcW w:w="1625" w:type="dxa"/>
            <w:vAlign w:val="center"/>
          </w:tcPr>
          <w:p w14:paraId="7916B9E2" w14:textId="77777777" w:rsidR="00B97A4C" w:rsidRDefault="00B97A4C"/>
        </w:tc>
        <w:tc>
          <w:tcPr>
            <w:tcW w:w="1622" w:type="dxa"/>
            <w:vAlign w:val="center"/>
          </w:tcPr>
          <w:p w14:paraId="77E617CC" w14:textId="77777777" w:rsidR="00B97A4C" w:rsidRDefault="00B97A4C"/>
        </w:tc>
        <w:tc>
          <w:tcPr>
            <w:tcW w:w="1623" w:type="dxa"/>
            <w:vAlign w:val="center"/>
          </w:tcPr>
          <w:p w14:paraId="512BE153" w14:textId="77777777" w:rsidR="00B97A4C" w:rsidRDefault="00B97A4C"/>
        </w:tc>
        <w:tc>
          <w:tcPr>
            <w:tcW w:w="1627" w:type="dxa"/>
            <w:vAlign w:val="center"/>
          </w:tcPr>
          <w:p w14:paraId="1B6FFC81" w14:textId="77777777" w:rsidR="00B97A4C" w:rsidRDefault="00B97A4C"/>
        </w:tc>
      </w:tr>
      <w:tr w:rsidR="00B97A4C" w14:paraId="12E5CE79" w14:textId="77777777" w:rsidTr="00F31295">
        <w:trPr>
          <w:jc w:val="center"/>
        </w:trPr>
        <w:tc>
          <w:tcPr>
            <w:tcW w:w="1625" w:type="dxa"/>
            <w:vAlign w:val="center"/>
          </w:tcPr>
          <w:p w14:paraId="74F3A79C" w14:textId="77777777" w:rsidR="00B97A4C" w:rsidRDefault="00B97A4C"/>
        </w:tc>
        <w:tc>
          <w:tcPr>
            <w:tcW w:w="1896" w:type="dxa"/>
            <w:vAlign w:val="center"/>
          </w:tcPr>
          <w:p w14:paraId="4271F22D" w14:textId="77777777" w:rsidR="00B97A4C" w:rsidRDefault="00B97A4C"/>
        </w:tc>
        <w:tc>
          <w:tcPr>
            <w:tcW w:w="1625" w:type="dxa"/>
            <w:vAlign w:val="center"/>
          </w:tcPr>
          <w:p w14:paraId="28646E68" w14:textId="77777777" w:rsidR="00B97A4C" w:rsidRDefault="00B97A4C"/>
        </w:tc>
        <w:tc>
          <w:tcPr>
            <w:tcW w:w="1622" w:type="dxa"/>
            <w:vAlign w:val="center"/>
          </w:tcPr>
          <w:p w14:paraId="2FEC5F41" w14:textId="77777777" w:rsidR="00B97A4C" w:rsidRDefault="00B97A4C"/>
        </w:tc>
        <w:tc>
          <w:tcPr>
            <w:tcW w:w="1623" w:type="dxa"/>
            <w:vAlign w:val="center"/>
          </w:tcPr>
          <w:p w14:paraId="1A0F016E" w14:textId="77777777" w:rsidR="00B97A4C" w:rsidRDefault="00B97A4C"/>
        </w:tc>
        <w:tc>
          <w:tcPr>
            <w:tcW w:w="1627" w:type="dxa"/>
            <w:vAlign w:val="center"/>
          </w:tcPr>
          <w:p w14:paraId="4CB69102" w14:textId="77777777" w:rsidR="00B97A4C" w:rsidRDefault="00B97A4C"/>
        </w:tc>
      </w:tr>
    </w:tbl>
    <w:p w14:paraId="152EBC25" w14:textId="57BA8A41" w:rsidR="00B97A4C" w:rsidRDefault="00D436F5">
      <w:pPr>
        <w:pStyle w:val="Ttulo1"/>
      </w:pPr>
      <w:r>
        <w:t>6. PROBLEMATIZACIÓN</w:t>
      </w:r>
      <w:r w:rsidR="001741D5">
        <w:t xml:space="preserve"> </w:t>
      </w:r>
      <w:r w:rsidR="001741D5" w:rsidRPr="001741D5">
        <w:rPr>
          <w:color w:val="FF0000"/>
          <w:lang w:val="es-CO"/>
        </w:rPr>
        <w:t>(***** obligatorio para inscripción)</w:t>
      </w:r>
    </w:p>
    <w:p w14:paraId="3CF49628" w14:textId="77777777" w:rsidR="00B97A4C" w:rsidRPr="00A928C1" w:rsidRDefault="00D436F5" w:rsidP="00F31295">
      <w:pPr>
        <w:spacing w:after="0"/>
        <w:rPr>
          <w:lang w:val="es-CO"/>
        </w:rPr>
      </w:pPr>
      <w:r w:rsidRPr="00A928C1">
        <w:rPr>
          <w:lang w:val="es-CO"/>
        </w:rPr>
        <w:t>Construya el problema mediante la secuencia: situación problemática → evidencia científica → vacío de conocimiento → necesidad de investigación.</w:t>
      </w:r>
    </w:p>
    <w:p w14:paraId="3E0F941E" w14:textId="77777777" w:rsidR="00A84EAE" w:rsidRDefault="00A84EAE" w:rsidP="00F31295">
      <w:pPr>
        <w:spacing w:after="0"/>
        <w:rPr>
          <w:b/>
          <w:lang w:val="es-CO"/>
        </w:rPr>
      </w:pPr>
    </w:p>
    <w:p w14:paraId="0E3157A6" w14:textId="78039F9F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b/>
          <w:lang w:val="es-CO"/>
        </w:rPr>
        <w:t>Problema de investigación:</w:t>
      </w:r>
    </w:p>
    <w:p w14:paraId="15FC29FD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05E3889C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04FC76E8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646A5887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5ED3205D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4934DFB7" w14:textId="77777777" w:rsidR="00F31295" w:rsidRDefault="00F31295" w:rsidP="00F31295">
      <w:pPr>
        <w:spacing w:after="80"/>
        <w:rPr>
          <w:b/>
          <w:lang w:val="es-CO"/>
        </w:rPr>
      </w:pPr>
    </w:p>
    <w:p w14:paraId="202E0FE5" w14:textId="033FFF61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b/>
          <w:lang w:val="es-CO"/>
        </w:rPr>
        <w:t>Vacío o tensión científica identificada:</w:t>
      </w:r>
    </w:p>
    <w:p w14:paraId="222480BC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6D6B7D24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4FACCDE8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560B658F" w14:textId="77777777" w:rsidR="00F31295" w:rsidRDefault="00F31295" w:rsidP="00F31295">
      <w:pPr>
        <w:spacing w:after="80"/>
        <w:rPr>
          <w:b/>
          <w:lang w:val="es-CO"/>
        </w:rPr>
      </w:pPr>
    </w:p>
    <w:p w14:paraId="336412A0" w14:textId="0C774128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b/>
          <w:lang w:val="es-CO"/>
        </w:rPr>
        <w:t>Necesidad de investigación:</w:t>
      </w:r>
    </w:p>
    <w:p w14:paraId="212B59B2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171CC5C7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45DC1B0A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28062DDE" w14:textId="1289D994" w:rsidR="00B97A4C" w:rsidRPr="00A928C1" w:rsidRDefault="00D436F5">
      <w:pPr>
        <w:pStyle w:val="Ttulo1"/>
        <w:rPr>
          <w:lang w:val="es-CO"/>
        </w:rPr>
      </w:pPr>
      <w:r w:rsidRPr="00A928C1">
        <w:rPr>
          <w:lang w:val="es-CO"/>
        </w:rPr>
        <w:t>7. PREGUNTA DE INVESTIGACIÓN</w:t>
      </w:r>
      <w:r w:rsidR="002F63D9">
        <w:rPr>
          <w:lang w:val="es-CO"/>
        </w:rPr>
        <w:t xml:space="preserve"> </w:t>
      </w:r>
      <w:r w:rsidR="002F63D9" w:rsidRPr="001741D5">
        <w:rPr>
          <w:color w:val="FF0000"/>
          <w:lang w:val="es-CO"/>
        </w:rPr>
        <w:t>(***** obligatorio para inscripción)</w:t>
      </w:r>
    </w:p>
    <w:p w14:paraId="101A7252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b/>
          <w:lang w:val="es-CO"/>
        </w:rPr>
        <w:t>Pregunta principal:</w:t>
      </w:r>
    </w:p>
    <w:p w14:paraId="61A07101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631C1C90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b/>
          <w:lang w:val="es-CO"/>
        </w:rPr>
        <w:t>Preguntas secundarias, si aplica:</w:t>
      </w:r>
    </w:p>
    <w:p w14:paraId="48809B0D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08C91A4B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2602572F" w14:textId="77777777" w:rsidR="00B97A4C" w:rsidRPr="00A928C1" w:rsidRDefault="00D436F5">
      <w:pPr>
        <w:pStyle w:val="Ttulo1"/>
        <w:rPr>
          <w:lang w:val="es-CO"/>
        </w:rPr>
      </w:pPr>
      <w:r w:rsidRPr="00A928C1">
        <w:rPr>
          <w:lang w:val="es-CO"/>
        </w:rPr>
        <w:t>8. JUSTIFICACIÓN</w:t>
      </w:r>
    </w:p>
    <w:p w14:paraId="42D778CC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Argumente la pertinencia científica, disciplinar, social, contextual, metodológica y de innovación/transferencia.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B97A4C" w14:paraId="2CDDC7E9" w14:textId="77777777">
        <w:trPr>
          <w:jc w:val="center"/>
        </w:trPr>
        <w:tc>
          <w:tcPr>
            <w:tcW w:w="4901" w:type="dxa"/>
            <w:shd w:val="clear" w:color="auto" w:fill="D9EAF7"/>
            <w:vAlign w:val="center"/>
          </w:tcPr>
          <w:p w14:paraId="5F41F1F7" w14:textId="77777777" w:rsidR="00B97A4C" w:rsidRDefault="00D436F5">
            <w:r>
              <w:rPr>
                <w:b/>
                <w:sz w:val="18"/>
              </w:rPr>
              <w:t>Dimensión</w:t>
            </w:r>
          </w:p>
        </w:tc>
        <w:tc>
          <w:tcPr>
            <w:tcW w:w="4901" w:type="dxa"/>
            <w:shd w:val="clear" w:color="auto" w:fill="D9EAF7"/>
            <w:vAlign w:val="center"/>
          </w:tcPr>
          <w:p w14:paraId="7FEC71FC" w14:textId="77777777" w:rsidR="00B97A4C" w:rsidRDefault="00D436F5">
            <w:r>
              <w:rPr>
                <w:b/>
                <w:sz w:val="18"/>
              </w:rPr>
              <w:t>Argumento del aspirante</w:t>
            </w:r>
          </w:p>
        </w:tc>
      </w:tr>
      <w:tr w:rsidR="00B97A4C" w14:paraId="78F1C150" w14:textId="77777777">
        <w:trPr>
          <w:jc w:val="center"/>
        </w:trPr>
        <w:tc>
          <w:tcPr>
            <w:tcW w:w="4901" w:type="dxa"/>
            <w:vAlign w:val="center"/>
          </w:tcPr>
          <w:p w14:paraId="534AF6C2" w14:textId="77777777" w:rsidR="00B97A4C" w:rsidRDefault="00D436F5">
            <w:r>
              <w:rPr>
                <w:sz w:val="18"/>
              </w:rPr>
              <w:t>Científica</w:t>
            </w:r>
          </w:p>
        </w:tc>
        <w:tc>
          <w:tcPr>
            <w:tcW w:w="4901" w:type="dxa"/>
            <w:vAlign w:val="center"/>
          </w:tcPr>
          <w:p w14:paraId="7DE94465" w14:textId="77777777" w:rsidR="00B97A4C" w:rsidRDefault="00B97A4C"/>
        </w:tc>
      </w:tr>
      <w:tr w:rsidR="00B97A4C" w14:paraId="35F76583" w14:textId="77777777">
        <w:trPr>
          <w:jc w:val="center"/>
        </w:trPr>
        <w:tc>
          <w:tcPr>
            <w:tcW w:w="4901" w:type="dxa"/>
            <w:vAlign w:val="center"/>
          </w:tcPr>
          <w:p w14:paraId="6D92062E" w14:textId="77777777" w:rsidR="00B97A4C" w:rsidRDefault="00D436F5">
            <w:r>
              <w:rPr>
                <w:sz w:val="18"/>
              </w:rPr>
              <w:lastRenderedPageBreak/>
              <w:t>Disciplinar</w:t>
            </w:r>
          </w:p>
        </w:tc>
        <w:tc>
          <w:tcPr>
            <w:tcW w:w="4901" w:type="dxa"/>
            <w:vAlign w:val="center"/>
          </w:tcPr>
          <w:p w14:paraId="1604171D" w14:textId="77777777" w:rsidR="00B97A4C" w:rsidRDefault="00B97A4C"/>
        </w:tc>
      </w:tr>
      <w:tr w:rsidR="00B97A4C" w14:paraId="75FF52AD" w14:textId="77777777">
        <w:trPr>
          <w:jc w:val="center"/>
        </w:trPr>
        <w:tc>
          <w:tcPr>
            <w:tcW w:w="4901" w:type="dxa"/>
            <w:vAlign w:val="center"/>
          </w:tcPr>
          <w:p w14:paraId="6EFE3258" w14:textId="77777777" w:rsidR="00B97A4C" w:rsidRDefault="00D436F5">
            <w:r>
              <w:rPr>
                <w:sz w:val="18"/>
              </w:rPr>
              <w:t>Social</w:t>
            </w:r>
          </w:p>
        </w:tc>
        <w:tc>
          <w:tcPr>
            <w:tcW w:w="4901" w:type="dxa"/>
            <w:vAlign w:val="center"/>
          </w:tcPr>
          <w:p w14:paraId="28DE5F6B" w14:textId="77777777" w:rsidR="00B97A4C" w:rsidRDefault="00B97A4C"/>
        </w:tc>
      </w:tr>
      <w:tr w:rsidR="00B97A4C" w14:paraId="42EAD4A7" w14:textId="77777777">
        <w:trPr>
          <w:jc w:val="center"/>
        </w:trPr>
        <w:tc>
          <w:tcPr>
            <w:tcW w:w="4901" w:type="dxa"/>
            <w:vAlign w:val="center"/>
          </w:tcPr>
          <w:p w14:paraId="5F13A9A3" w14:textId="77777777" w:rsidR="00B97A4C" w:rsidRDefault="00D436F5">
            <w:r>
              <w:rPr>
                <w:sz w:val="18"/>
              </w:rPr>
              <w:t>Contextual</w:t>
            </w:r>
          </w:p>
        </w:tc>
        <w:tc>
          <w:tcPr>
            <w:tcW w:w="4901" w:type="dxa"/>
            <w:vAlign w:val="center"/>
          </w:tcPr>
          <w:p w14:paraId="105FB68C" w14:textId="77777777" w:rsidR="00B97A4C" w:rsidRDefault="00B97A4C"/>
        </w:tc>
      </w:tr>
      <w:tr w:rsidR="00B97A4C" w14:paraId="755F2FC9" w14:textId="77777777">
        <w:trPr>
          <w:jc w:val="center"/>
        </w:trPr>
        <w:tc>
          <w:tcPr>
            <w:tcW w:w="4901" w:type="dxa"/>
            <w:vAlign w:val="center"/>
          </w:tcPr>
          <w:p w14:paraId="45ECE28F" w14:textId="77777777" w:rsidR="00B97A4C" w:rsidRDefault="00D436F5">
            <w:r>
              <w:rPr>
                <w:sz w:val="18"/>
              </w:rPr>
              <w:t>Metodológica</w:t>
            </w:r>
          </w:p>
        </w:tc>
        <w:tc>
          <w:tcPr>
            <w:tcW w:w="4901" w:type="dxa"/>
            <w:vAlign w:val="center"/>
          </w:tcPr>
          <w:p w14:paraId="2BBC6443" w14:textId="77777777" w:rsidR="00B97A4C" w:rsidRDefault="00B97A4C"/>
        </w:tc>
      </w:tr>
      <w:tr w:rsidR="00B97A4C" w14:paraId="0979ED89" w14:textId="77777777">
        <w:trPr>
          <w:jc w:val="center"/>
        </w:trPr>
        <w:tc>
          <w:tcPr>
            <w:tcW w:w="4901" w:type="dxa"/>
            <w:vAlign w:val="center"/>
          </w:tcPr>
          <w:p w14:paraId="5FB91CDE" w14:textId="77777777" w:rsidR="00B97A4C" w:rsidRDefault="00D436F5">
            <w:r>
              <w:rPr>
                <w:sz w:val="18"/>
              </w:rPr>
              <w:t>Innovación/transferencia</w:t>
            </w:r>
          </w:p>
        </w:tc>
        <w:tc>
          <w:tcPr>
            <w:tcW w:w="4901" w:type="dxa"/>
            <w:vAlign w:val="center"/>
          </w:tcPr>
          <w:p w14:paraId="5B954B63" w14:textId="77777777" w:rsidR="00B97A4C" w:rsidRDefault="00B97A4C"/>
        </w:tc>
      </w:tr>
    </w:tbl>
    <w:p w14:paraId="259A48B5" w14:textId="77777777" w:rsidR="00B97A4C" w:rsidRDefault="00D436F5">
      <w:pPr>
        <w:pStyle w:val="Ttulo1"/>
      </w:pPr>
      <w:r>
        <w:t>9. OBJETIVOS</w:t>
      </w:r>
    </w:p>
    <w:p w14:paraId="2AE41A7A" w14:textId="77777777" w:rsidR="00B97A4C" w:rsidRDefault="00D436F5" w:rsidP="00F31295">
      <w:pPr>
        <w:spacing w:after="80"/>
      </w:pPr>
      <w:r>
        <w:rPr>
          <w:b/>
        </w:rPr>
        <w:t>Objetivo general:</w:t>
      </w:r>
    </w:p>
    <w:p w14:paraId="0BD8822E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0C06D99C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7DD6E04D" w14:textId="77777777" w:rsidR="00B97A4C" w:rsidRDefault="00D436F5" w:rsidP="00F31295">
      <w:pPr>
        <w:spacing w:after="80"/>
      </w:pPr>
      <w:r>
        <w:rPr>
          <w:b/>
        </w:rPr>
        <w:t>Objetivo específico 1:</w:t>
      </w:r>
    </w:p>
    <w:p w14:paraId="3767F7BD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2A97DA9D" w14:textId="77777777" w:rsidR="00B97A4C" w:rsidRDefault="00D436F5" w:rsidP="00F31295">
      <w:pPr>
        <w:spacing w:after="80"/>
      </w:pPr>
      <w:r>
        <w:rPr>
          <w:b/>
        </w:rPr>
        <w:t>Objetivo específico 2:</w:t>
      </w:r>
    </w:p>
    <w:p w14:paraId="1EAA816B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0E33AB2F" w14:textId="77777777" w:rsidR="00B97A4C" w:rsidRDefault="00D436F5" w:rsidP="00F31295">
      <w:pPr>
        <w:spacing w:after="80"/>
      </w:pPr>
      <w:r>
        <w:rPr>
          <w:b/>
        </w:rPr>
        <w:t>Objetivo específico 3:</w:t>
      </w:r>
    </w:p>
    <w:p w14:paraId="6F3ADE39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406C1ABB" w14:textId="77777777" w:rsidR="00B97A4C" w:rsidRDefault="00D436F5" w:rsidP="00F31295">
      <w:pPr>
        <w:spacing w:after="80"/>
      </w:pPr>
      <w:r>
        <w:rPr>
          <w:b/>
        </w:rPr>
        <w:t>Objetivo específico 4:</w:t>
      </w:r>
    </w:p>
    <w:p w14:paraId="0E4A52AD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5452690C" w14:textId="77777777" w:rsidR="00B97A4C" w:rsidRDefault="00D436F5" w:rsidP="00F31295">
      <w:pPr>
        <w:spacing w:after="80"/>
      </w:pPr>
      <w:r>
        <w:rPr>
          <w:b/>
        </w:rPr>
        <w:t>Objetivo específico 5:</w:t>
      </w:r>
    </w:p>
    <w:p w14:paraId="7894E605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034946E8" w14:textId="77777777" w:rsidR="00B97A4C" w:rsidRDefault="00D436F5">
      <w:pPr>
        <w:pStyle w:val="Ttulo1"/>
      </w:pPr>
      <w:r>
        <w:t>10. FUNDAMENTACIÓN EPISTEMOLÓGICA Y TEÓRICA</w:t>
      </w:r>
    </w:p>
    <w:p w14:paraId="2D31D3C7" w14:textId="77777777" w:rsidR="00B97A4C" w:rsidRPr="00A928C1" w:rsidRDefault="00D436F5" w:rsidP="00F31295">
      <w:pPr>
        <w:spacing w:after="80"/>
        <w:rPr>
          <w:lang w:val="es-CO"/>
        </w:rPr>
      </w:pPr>
      <w:r w:rsidRPr="00A928C1">
        <w:rPr>
          <w:b/>
          <w:lang w:val="es-CO"/>
        </w:rPr>
        <w:t>Perspectiva epistemológica y su relación con el problema:</w:t>
      </w:r>
    </w:p>
    <w:p w14:paraId="6B963430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7C5CFD6F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16739006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6A690407" w14:textId="77777777" w:rsidR="00B97A4C" w:rsidRDefault="00D436F5" w:rsidP="00F31295">
      <w:pPr>
        <w:spacing w:after="80"/>
      </w:pPr>
      <w:r>
        <w:t>________________________________________________________________________________</w:t>
      </w:r>
    </w:p>
    <w:p w14:paraId="4707FFB9" w14:textId="77777777" w:rsidR="005577D0" w:rsidRDefault="005577D0">
      <w:r>
        <w:t>________________________________________________________________________________</w:t>
      </w:r>
    </w:p>
    <w:p w14:paraId="509E070B" w14:textId="18EA4017" w:rsidR="005577D0" w:rsidRDefault="005577D0" w:rsidP="00F31295">
      <w:pPr>
        <w:spacing w:after="80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50"/>
        <w:gridCol w:w="2450"/>
        <w:gridCol w:w="2450"/>
        <w:gridCol w:w="2450"/>
      </w:tblGrid>
      <w:tr w:rsidR="005577D0" w14:paraId="7B00F450" w14:textId="77777777" w:rsidTr="004B2AC3">
        <w:trPr>
          <w:jc w:val="center"/>
        </w:trPr>
        <w:tc>
          <w:tcPr>
            <w:tcW w:w="2450" w:type="dxa"/>
            <w:shd w:val="clear" w:color="auto" w:fill="D9EAF7"/>
            <w:vAlign w:val="center"/>
          </w:tcPr>
          <w:p w14:paraId="176F45A6" w14:textId="77777777" w:rsidR="005577D0" w:rsidRDefault="005577D0" w:rsidP="004B2AC3">
            <w:r>
              <w:rPr>
                <w:b/>
                <w:sz w:val="18"/>
              </w:rPr>
              <w:t>Concepto/categoría</w:t>
            </w:r>
          </w:p>
        </w:tc>
        <w:tc>
          <w:tcPr>
            <w:tcW w:w="2450" w:type="dxa"/>
            <w:shd w:val="clear" w:color="auto" w:fill="D9EAF7"/>
            <w:vAlign w:val="center"/>
          </w:tcPr>
          <w:p w14:paraId="22CFA515" w14:textId="77777777" w:rsidR="005577D0" w:rsidRDefault="005577D0" w:rsidP="004B2AC3">
            <w:r>
              <w:rPr>
                <w:b/>
                <w:sz w:val="18"/>
              </w:rPr>
              <w:t>Definición preliminar</w:t>
            </w:r>
          </w:p>
        </w:tc>
        <w:tc>
          <w:tcPr>
            <w:tcW w:w="2450" w:type="dxa"/>
            <w:shd w:val="clear" w:color="auto" w:fill="D9EAF7"/>
            <w:vAlign w:val="center"/>
          </w:tcPr>
          <w:p w14:paraId="12FCDDD0" w14:textId="77777777" w:rsidR="005577D0" w:rsidRDefault="005577D0" w:rsidP="004B2AC3">
            <w:r>
              <w:rPr>
                <w:b/>
                <w:sz w:val="18"/>
              </w:rPr>
              <w:t>Autor(es)</w:t>
            </w:r>
          </w:p>
        </w:tc>
        <w:tc>
          <w:tcPr>
            <w:tcW w:w="2450" w:type="dxa"/>
            <w:shd w:val="clear" w:color="auto" w:fill="D9EAF7"/>
            <w:vAlign w:val="center"/>
          </w:tcPr>
          <w:p w14:paraId="09D63D79" w14:textId="77777777" w:rsidR="005577D0" w:rsidRDefault="005577D0" w:rsidP="004B2AC3">
            <w:r>
              <w:rPr>
                <w:b/>
                <w:sz w:val="18"/>
              </w:rPr>
              <w:t>Relación con el problema</w:t>
            </w:r>
          </w:p>
        </w:tc>
      </w:tr>
      <w:tr w:rsidR="005577D0" w14:paraId="5A3B575C" w14:textId="77777777" w:rsidTr="004B2AC3">
        <w:trPr>
          <w:jc w:val="center"/>
        </w:trPr>
        <w:tc>
          <w:tcPr>
            <w:tcW w:w="2450" w:type="dxa"/>
            <w:vAlign w:val="center"/>
          </w:tcPr>
          <w:p w14:paraId="6EA9AB74" w14:textId="77777777" w:rsidR="005577D0" w:rsidRDefault="005577D0" w:rsidP="004B2AC3"/>
        </w:tc>
        <w:tc>
          <w:tcPr>
            <w:tcW w:w="2450" w:type="dxa"/>
            <w:vAlign w:val="center"/>
          </w:tcPr>
          <w:p w14:paraId="7E236DDC" w14:textId="77777777" w:rsidR="005577D0" w:rsidRDefault="005577D0" w:rsidP="004B2AC3"/>
        </w:tc>
        <w:tc>
          <w:tcPr>
            <w:tcW w:w="2450" w:type="dxa"/>
            <w:vAlign w:val="center"/>
          </w:tcPr>
          <w:p w14:paraId="303A8057" w14:textId="77777777" w:rsidR="005577D0" w:rsidRDefault="005577D0" w:rsidP="004B2AC3"/>
        </w:tc>
        <w:tc>
          <w:tcPr>
            <w:tcW w:w="2450" w:type="dxa"/>
            <w:vAlign w:val="center"/>
          </w:tcPr>
          <w:p w14:paraId="4F5A6757" w14:textId="77777777" w:rsidR="005577D0" w:rsidRDefault="005577D0" w:rsidP="004B2AC3"/>
        </w:tc>
      </w:tr>
      <w:tr w:rsidR="005577D0" w14:paraId="5EE7465B" w14:textId="77777777" w:rsidTr="004B2AC3">
        <w:trPr>
          <w:jc w:val="center"/>
        </w:trPr>
        <w:tc>
          <w:tcPr>
            <w:tcW w:w="2450" w:type="dxa"/>
            <w:vAlign w:val="center"/>
          </w:tcPr>
          <w:p w14:paraId="31934DB3" w14:textId="77777777" w:rsidR="005577D0" w:rsidRDefault="005577D0" w:rsidP="004B2AC3"/>
        </w:tc>
        <w:tc>
          <w:tcPr>
            <w:tcW w:w="2450" w:type="dxa"/>
            <w:vAlign w:val="center"/>
          </w:tcPr>
          <w:p w14:paraId="7B18875E" w14:textId="77777777" w:rsidR="005577D0" w:rsidRDefault="005577D0" w:rsidP="004B2AC3"/>
        </w:tc>
        <w:tc>
          <w:tcPr>
            <w:tcW w:w="2450" w:type="dxa"/>
            <w:vAlign w:val="center"/>
          </w:tcPr>
          <w:p w14:paraId="770E1BF4" w14:textId="77777777" w:rsidR="005577D0" w:rsidRDefault="005577D0" w:rsidP="004B2AC3"/>
        </w:tc>
        <w:tc>
          <w:tcPr>
            <w:tcW w:w="2450" w:type="dxa"/>
            <w:vAlign w:val="center"/>
          </w:tcPr>
          <w:p w14:paraId="735354C0" w14:textId="77777777" w:rsidR="005577D0" w:rsidRDefault="005577D0" w:rsidP="004B2AC3"/>
        </w:tc>
      </w:tr>
      <w:tr w:rsidR="005577D0" w14:paraId="3F16E7C1" w14:textId="77777777" w:rsidTr="004B2AC3">
        <w:trPr>
          <w:jc w:val="center"/>
        </w:trPr>
        <w:tc>
          <w:tcPr>
            <w:tcW w:w="2450" w:type="dxa"/>
            <w:vAlign w:val="center"/>
          </w:tcPr>
          <w:p w14:paraId="6982ED98" w14:textId="77777777" w:rsidR="005577D0" w:rsidRDefault="005577D0" w:rsidP="004B2AC3"/>
        </w:tc>
        <w:tc>
          <w:tcPr>
            <w:tcW w:w="2450" w:type="dxa"/>
            <w:vAlign w:val="center"/>
          </w:tcPr>
          <w:p w14:paraId="5EE1C692" w14:textId="77777777" w:rsidR="005577D0" w:rsidRDefault="005577D0" w:rsidP="004B2AC3"/>
        </w:tc>
        <w:tc>
          <w:tcPr>
            <w:tcW w:w="2450" w:type="dxa"/>
            <w:vAlign w:val="center"/>
          </w:tcPr>
          <w:p w14:paraId="168BAD87" w14:textId="77777777" w:rsidR="005577D0" w:rsidRDefault="005577D0" w:rsidP="004B2AC3"/>
        </w:tc>
        <w:tc>
          <w:tcPr>
            <w:tcW w:w="2450" w:type="dxa"/>
            <w:vAlign w:val="center"/>
          </w:tcPr>
          <w:p w14:paraId="078CC965" w14:textId="77777777" w:rsidR="005577D0" w:rsidRDefault="005577D0" w:rsidP="004B2AC3"/>
        </w:tc>
      </w:tr>
      <w:tr w:rsidR="005577D0" w14:paraId="6217A1DB" w14:textId="77777777" w:rsidTr="004B2AC3">
        <w:trPr>
          <w:jc w:val="center"/>
        </w:trPr>
        <w:tc>
          <w:tcPr>
            <w:tcW w:w="2450" w:type="dxa"/>
            <w:vAlign w:val="center"/>
          </w:tcPr>
          <w:p w14:paraId="6CC5BC90" w14:textId="77777777" w:rsidR="005577D0" w:rsidRDefault="005577D0" w:rsidP="004B2AC3"/>
        </w:tc>
        <w:tc>
          <w:tcPr>
            <w:tcW w:w="2450" w:type="dxa"/>
            <w:vAlign w:val="center"/>
          </w:tcPr>
          <w:p w14:paraId="78DFDE44" w14:textId="77777777" w:rsidR="005577D0" w:rsidRDefault="005577D0" w:rsidP="004B2AC3"/>
        </w:tc>
        <w:tc>
          <w:tcPr>
            <w:tcW w:w="2450" w:type="dxa"/>
            <w:vAlign w:val="center"/>
          </w:tcPr>
          <w:p w14:paraId="3F5EBD94" w14:textId="77777777" w:rsidR="005577D0" w:rsidRDefault="005577D0" w:rsidP="004B2AC3"/>
        </w:tc>
        <w:tc>
          <w:tcPr>
            <w:tcW w:w="2450" w:type="dxa"/>
            <w:vAlign w:val="center"/>
          </w:tcPr>
          <w:p w14:paraId="309BBFBE" w14:textId="77777777" w:rsidR="005577D0" w:rsidRDefault="005577D0" w:rsidP="004B2AC3"/>
        </w:tc>
      </w:tr>
    </w:tbl>
    <w:p w14:paraId="6DA96AB3" w14:textId="309CE886" w:rsidR="005577D0" w:rsidRDefault="005577D0" w:rsidP="00F31295">
      <w:pPr>
        <w:spacing w:after="80"/>
      </w:pPr>
    </w:p>
    <w:p w14:paraId="0E912A9C" w14:textId="77777777" w:rsidR="00791BCB" w:rsidRDefault="00791BCB" w:rsidP="00F31295">
      <w:pPr>
        <w:spacing w:after="80"/>
      </w:pPr>
    </w:p>
    <w:p w14:paraId="2C18CF2B" w14:textId="77777777" w:rsidR="00B97A4C" w:rsidRDefault="00D436F5">
      <w:pPr>
        <w:pStyle w:val="Ttulo1"/>
      </w:pPr>
      <w:r>
        <w:t>11. PROPUESTA METODOLÓGICA PRELIMINAR</w:t>
      </w:r>
    </w:p>
    <w:p w14:paraId="4ED0656F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Esta sección no constituye el protocolo definitivo.</w:t>
      </w:r>
    </w:p>
    <w:p w14:paraId="2BD031BC" w14:textId="77777777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Enfoque:</w:t>
      </w:r>
    </w:p>
    <w:p w14:paraId="6D10CE0A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38BD402E" w14:textId="77777777" w:rsidR="00B97A4C" w:rsidRPr="00A928C1" w:rsidRDefault="00D436F5">
      <w:pPr>
        <w:spacing w:after="160"/>
        <w:rPr>
          <w:lang w:val="es-CO"/>
        </w:rPr>
      </w:pPr>
      <w:r w:rsidRPr="00A928C1">
        <w:rPr>
          <w:lang w:val="es-CO"/>
        </w:rPr>
        <w:t>☐ Cuantitativo    ☐ Cualitativo    ☐ Mixto    ☐ Otro: __________</w:t>
      </w:r>
    </w:p>
    <w:p w14:paraId="295E97D6" w14:textId="77777777" w:rsidR="00A84EAE" w:rsidRDefault="00A84EAE">
      <w:pPr>
        <w:rPr>
          <w:b/>
          <w:lang w:val="es-CO"/>
        </w:rPr>
      </w:pPr>
    </w:p>
    <w:p w14:paraId="4F5409F0" w14:textId="76B21863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Diseño o estrategia metodológica:</w:t>
      </w:r>
    </w:p>
    <w:p w14:paraId="660E253C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47B761F6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6135FB2C" w14:textId="77777777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Población/unidades de análisis:</w:t>
      </w:r>
    </w:p>
    <w:p w14:paraId="6EF1BAE5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4A9BE352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596C8BA4" w14:textId="77777777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Contexto/escenario:</w:t>
      </w:r>
    </w:p>
    <w:p w14:paraId="3435FE07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165F1827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592E6031" w14:textId="77777777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Variables, dimensiones o categorías:</w:t>
      </w:r>
    </w:p>
    <w:p w14:paraId="632D1157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52FF12C4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1E7FD314" w14:textId="77777777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Técnicas e instrumentos:</w:t>
      </w:r>
    </w:p>
    <w:p w14:paraId="28D172FE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0635541E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46E8AE35" w14:textId="77777777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Estrategia preliminar de análisis:</w:t>
      </w:r>
    </w:p>
    <w:p w14:paraId="677000A4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4ED5882A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70D5A55F" w14:textId="77777777" w:rsidR="00B97A4C" w:rsidRPr="00A928C1" w:rsidRDefault="00D436F5">
      <w:pPr>
        <w:rPr>
          <w:lang w:val="es-CO"/>
        </w:rPr>
      </w:pPr>
      <w:r w:rsidRPr="00A928C1">
        <w:rPr>
          <w:b/>
          <w:lang w:val="es-CO"/>
        </w:rPr>
        <w:t>Consideraciones éticas:</w:t>
      </w:r>
    </w:p>
    <w:p w14:paraId="4F361FDA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6A70CF3A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04CAC688" w14:textId="77777777" w:rsidR="00B97A4C" w:rsidRPr="00A928C1" w:rsidRDefault="00D436F5">
      <w:pPr>
        <w:pStyle w:val="Ttulo1"/>
        <w:rPr>
          <w:lang w:val="es-CO"/>
        </w:rPr>
      </w:pPr>
      <w:r w:rsidRPr="00A928C1">
        <w:rPr>
          <w:lang w:val="es-CO"/>
        </w:rPr>
        <w:t>12. RESULTADOS Y PRODUCTOS ESPERADOS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B97A4C" w14:paraId="40D40078" w14:textId="77777777">
        <w:trPr>
          <w:jc w:val="center"/>
        </w:trPr>
        <w:tc>
          <w:tcPr>
            <w:tcW w:w="4901" w:type="dxa"/>
            <w:shd w:val="clear" w:color="auto" w:fill="D9EAF7"/>
            <w:vAlign w:val="center"/>
          </w:tcPr>
          <w:p w14:paraId="722EF671" w14:textId="77777777" w:rsidR="00B97A4C" w:rsidRDefault="00D436F5">
            <w:r>
              <w:rPr>
                <w:b/>
                <w:sz w:val="18"/>
              </w:rPr>
              <w:t>Tipo</w:t>
            </w:r>
          </w:p>
        </w:tc>
        <w:tc>
          <w:tcPr>
            <w:tcW w:w="4901" w:type="dxa"/>
            <w:shd w:val="clear" w:color="auto" w:fill="D9EAF7"/>
            <w:vAlign w:val="center"/>
          </w:tcPr>
          <w:p w14:paraId="0EB13F3F" w14:textId="77777777" w:rsidR="00B97A4C" w:rsidRDefault="00D436F5">
            <w:r>
              <w:rPr>
                <w:b/>
                <w:sz w:val="18"/>
              </w:rPr>
              <w:t>Resultado/producto esperado</w:t>
            </w:r>
          </w:p>
        </w:tc>
      </w:tr>
      <w:tr w:rsidR="00B97A4C" w14:paraId="7E4C35C2" w14:textId="77777777">
        <w:trPr>
          <w:jc w:val="center"/>
        </w:trPr>
        <w:tc>
          <w:tcPr>
            <w:tcW w:w="4901" w:type="dxa"/>
            <w:vAlign w:val="center"/>
          </w:tcPr>
          <w:p w14:paraId="2022D85B" w14:textId="77777777" w:rsidR="00B97A4C" w:rsidRDefault="00D436F5">
            <w:r>
              <w:rPr>
                <w:sz w:val="18"/>
              </w:rPr>
              <w:t>Generación de conocimiento</w:t>
            </w:r>
          </w:p>
        </w:tc>
        <w:tc>
          <w:tcPr>
            <w:tcW w:w="4901" w:type="dxa"/>
            <w:vAlign w:val="center"/>
          </w:tcPr>
          <w:p w14:paraId="73D2EFF3" w14:textId="77777777" w:rsidR="00B97A4C" w:rsidRDefault="00B97A4C"/>
        </w:tc>
      </w:tr>
      <w:tr w:rsidR="00B97A4C" w14:paraId="7A6221FC" w14:textId="77777777">
        <w:trPr>
          <w:jc w:val="center"/>
        </w:trPr>
        <w:tc>
          <w:tcPr>
            <w:tcW w:w="4901" w:type="dxa"/>
            <w:vAlign w:val="center"/>
          </w:tcPr>
          <w:p w14:paraId="4CB756AD" w14:textId="77777777" w:rsidR="00B97A4C" w:rsidRDefault="00D436F5">
            <w:r>
              <w:rPr>
                <w:sz w:val="18"/>
              </w:rPr>
              <w:lastRenderedPageBreak/>
              <w:t>Desarrollo metodológico</w:t>
            </w:r>
          </w:p>
        </w:tc>
        <w:tc>
          <w:tcPr>
            <w:tcW w:w="4901" w:type="dxa"/>
            <w:vAlign w:val="center"/>
          </w:tcPr>
          <w:p w14:paraId="308506C9" w14:textId="77777777" w:rsidR="00B97A4C" w:rsidRDefault="00B97A4C"/>
        </w:tc>
      </w:tr>
      <w:tr w:rsidR="00B97A4C" w14:paraId="696A6096" w14:textId="77777777">
        <w:trPr>
          <w:jc w:val="center"/>
        </w:trPr>
        <w:tc>
          <w:tcPr>
            <w:tcW w:w="4901" w:type="dxa"/>
            <w:vAlign w:val="center"/>
          </w:tcPr>
          <w:p w14:paraId="21BEC001" w14:textId="77777777" w:rsidR="00B97A4C" w:rsidRDefault="00D436F5">
            <w:r>
              <w:rPr>
                <w:sz w:val="18"/>
              </w:rPr>
              <w:t>Innovación</w:t>
            </w:r>
          </w:p>
        </w:tc>
        <w:tc>
          <w:tcPr>
            <w:tcW w:w="4901" w:type="dxa"/>
            <w:vAlign w:val="center"/>
          </w:tcPr>
          <w:p w14:paraId="2DD898CB" w14:textId="77777777" w:rsidR="00B97A4C" w:rsidRDefault="00B97A4C"/>
        </w:tc>
      </w:tr>
      <w:tr w:rsidR="00B97A4C" w14:paraId="25A3A110" w14:textId="77777777">
        <w:trPr>
          <w:jc w:val="center"/>
        </w:trPr>
        <w:tc>
          <w:tcPr>
            <w:tcW w:w="4901" w:type="dxa"/>
            <w:vAlign w:val="center"/>
          </w:tcPr>
          <w:p w14:paraId="31084737" w14:textId="77777777" w:rsidR="00B97A4C" w:rsidRDefault="00D436F5">
            <w:r>
              <w:rPr>
                <w:sz w:val="18"/>
              </w:rPr>
              <w:t>Transferencia/apropiación social</w:t>
            </w:r>
          </w:p>
        </w:tc>
        <w:tc>
          <w:tcPr>
            <w:tcW w:w="4901" w:type="dxa"/>
            <w:vAlign w:val="center"/>
          </w:tcPr>
          <w:p w14:paraId="25A0D1F6" w14:textId="77777777" w:rsidR="00B97A4C" w:rsidRDefault="00B97A4C"/>
        </w:tc>
      </w:tr>
      <w:tr w:rsidR="00B97A4C" w14:paraId="33D2B01F" w14:textId="77777777">
        <w:trPr>
          <w:jc w:val="center"/>
        </w:trPr>
        <w:tc>
          <w:tcPr>
            <w:tcW w:w="4901" w:type="dxa"/>
            <w:vAlign w:val="center"/>
          </w:tcPr>
          <w:p w14:paraId="11669C5C" w14:textId="77777777" w:rsidR="00B97A4C" w:rsidRDefault="00D436F5">
            <w:r>
              <w:rPr>
                <w:sz w:val="18"/>
              </w:rPr>
              <w:t>Producción científica</w:t>
            </w:r>
          </w:p>
        </w:tc>
        <w:tc>
          <w:tcPr>
            <w:tcW w:w="4901" w:type="dxa"/>
            <w:vAlign w:val="center"/>
          </w:tcPr>
          <w:p w14:paraId="28893C15" w14:textId="77777777" w:rsidR="00B97A4C" w:rsidRDefault="00B97A4C"/>
        </w:tc>
      </w:tr>
      <w:tr w:rsidR="00B97A4C" w14:paraId="285A9AF0" w14:textId="77777777">
        <w:trPr>
          <w:jc w:val="center"/>
        </w:trPr>
        <w:tc>
          <w:tcPr>
            <w:tcW w:w="4901" w:type="dxa"/>
            <w:vAlign w:val="center"/>
          </w:tcPr>
          <w:p w14:paraId="34BB5B78" w14:textId="77777777" w:rsidR="00B97A4C" w:rsidRDefault="00D436F5">
            <w:r>
              <w:rPr>
                <w:sz w:val="18"/>
              </w:rPr>
              <w:t>Formación de investigadores</w:t>
            </w:r>
          </w:p>
        </w:tc>
        <w:tc>
          <w:tcPr>
            <w:tcW w:w="4901" w:type="dxa"/>
            <w:vAlign w:val="center"/>
          </w:tcPr>
          <w:p w14:paraId="12B0EC01" w14:textId="77777777" w:rsidR="00B97A4C" w:rsidRDefault="00B97A4C"/>
        </w:tc>
      </w:tr>
    </w:tbl>
    <w:p w14:paraId="36F6A1FC" w14:textId="77777777" w:rsidR="00B97A4C" w:rsidRDefault="00D436F5">
      <w:pPr>
        <w:pStyle w:val="Ttulo1"/>
      </w:pPr>
      <w:r>
        <w:t>13. CONTRIBUCIÓN DOCTORAL</w:t>
      </w:r>
    </w:p>
    <w:p w14:paraId="2EB10E40" w14:textId="77777777" w:rsidR="00B97A4C" w:rsidRPr="00A928C1" w:rsidRDefault="00D436F5" w:rsidP="005577D0">
      <w:pPr>
        <w:spacing w:after="80"/>
        <w:rPr>
          <w:lang w:val="es-CO"/>
        </w:rPr>
      </w:pPr>
      <w:r w:rsidRPr="00A928C1">
        <w:rPr>
          <w:b/>
          <w:lang w:val="es-CO"/>
        </w:rPr>
        <w:t>Aporte potencial de la investigación:</w:t>
      </w:r>
    </w:p>
    <w:p w14:paraId="597C6E96" w14:textId="77777777" w:rsidR="00B97A4C" w:rsidRPr="00A928C1" w:rsidRDefault="00D436F5" w:rsidP="005577D0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15AB5952" w14:textId="77777777" w:rsidR="00B97A4C" w:rsidRPr="00A928C1" w:rsidRDefault="00D436F5" w:rsidP="005577D0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698E56AF" w14:textId="77777777" w:rsidR="00B97A4C" w:rsidRPr="00A928C1" w:rsidRDefault="00D436F5" w:rsidP="005577D0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14A064BF" w14:textId="77777777" w:rsidR="00B97A4C" w:rsidRPr="00A928C1" w:rsidRDefault="00D436F5" w:rsidP="005577D0">
      <w:pPr>
        <w:spacing w:after="80"/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6845BFD0" w14:textId="77777777" w:rsidR="00B97A4C" w:rsidRPr="00A928C1" w:rsidRDefault="00D436F5" w:rsidP="005577D0">
      <w:pPr>
        <w:spacing w:after="80"/>
        <w:rPr>
          <w:lang w:val="es-CO"/>
        </w:rPr>
      </w:pPr>
      <w:r w:rsidRPr="00A928C1">
        <w:rPr>
          <w:b/>
          <w:lang w:val="es-CO"/>
        </w:rPr>
        <w:t>¿Qué hace que esta propuesta tenga potencial para convertirse en investigación doctoral?:</w:t>
      </w:r>
    </w:p>
    <w:p w14:paraId="56DC72E4" w14:textId="77777777" w:rsidR="00B97A4C" w:rsidRPr="00F71D66" w:rsidRDefault="00D436F5" w:rsidP="005577D0">
      <w:pPr>
        <w:spacing w:after="80"/>
        <w:rPr>
          <w:lang w:val="es-CO"/>
        </w:rPr>
      </w:pPr>
      <w:r w:rsidRPr="00F71D66">
        <w:rPr>
          <w:lang w:val="es-CO"/>
        </w:rPr>
        <w:t>________________________________________________________________________________</w:t>
      </w:r>
    </w:p>
    <w:p w14:paraId="623076FC" w14:textId="77777777" w:rsidR="00B97A4C" w:rsidRPr="00F71D66" w:rsidRDefault="00D436F5" w:rsidP="005577D0">
      <w:pPr>
        <w:spacing w:after="80"/>
        <w:rPr>
          <w:lang w:val="es-CO"/>
        </w:rPr>
      </w:pPr>
      <w:r w:rsidRPr="00F71D66">
        <w:rPr>
          <w:lang w:val="es-CO"/>
        </w:rPr>
        <w:t>________________________________________________________________________________</w:t>
      </w:r>
    </w:p>
    <w:p w14:paraId="7851796F" w14:textId="77777777" w:rsidR="00B97A4C" w:rsidRPr="00F71D66" w:rsidRDefault="00D436F5" w:rsidP="005577D0">
      <w:pPr>
        <w:spacing w:after="80"/>
        <w:rPr>
          <w:lang w:val="es-CO"/>
        </w:rPr>
      </w:pPr>
      <w:r w:rsidRPr="00F71D66">
        <w:rPr>
          <w:lang w:val="es-CO"/>
        </w:rPr>
        <w:t>________________________________________________________________________________</w:t>
      </w:r>
    </w:p>
    <w:p w14:paraId="68AC99FF" w14:textId="77777777" w:rsidR="00B97A4C" w:rsidRPr="00F71D66" w:rsidRDefault="00D436F5" w:rsidP="005577D0">
      <w:pPr>
        <w:spacing w:after="80"/>
        <w:rPr>
          <w:lang w:val="es-CO"/>
        </w:rPr>
      </w:pPr>
      <w:r w:rsidRPr="00F71D66">
        <w:rPr>
          <w:lang w:val="es-CO"/>
        </w:rPr>
        <w:t>________________________________________________________________________________</w:t>
      </w:r>
    </w:p>
    <w:p w14:paraId="403BE574" w14:textId="60905536" w:rsidR="00B97A4C" w:rsidRPr="00F71D66" w:rsidRDefault="00D436F5">
      <w:pPr>
        <w:pStyle w:val="Ttulo1"/>
        <w:rPr>
          <w:lang w:val="es-CO"/>
        </w:rPr>
      </w:pPr>
      <w:r w:rsidRPr="00F71D66">
        <w:rPr>
          <w:lang w:val="es-CO"/>
        </w:rPr>
        <w:t>1</w:t>
      </w:r>
      <w:r w:rsidR="00791BCB" w:rsidRPr="00F71D66">
        <w:rPr>
          <w:lang w:val="es-CO"/>
        </w:rPr>
        <w:t>4</w:t>
      </w:r>
      <w:r w:rsidRPr="00F71D66">
        <w:rPr>
          <w:lang w:val="es-CO"/>
        </w:rPr>
        <w:t>. ARTICULACIÓN CON EL DOCTORADO</w:t>
      </w:r>
      <w:r w:rsidR="001741D5">
        <w:rPr>
          <w:lang w:val="es-CO"/>
        </w:rPr>
        <w:t xml:space="preserve"> </w:t>
      </w:r>
      <w:r w:rsidR="001741D5" w:rsidRPr="001741D5">
        <w:rPr>
          <w:color w:val="FF0000"/>
          <w:lang w:val="es-CO"/>
        </w:rPr>
        <w:t>(***** obligatorio para inscripción)</w:t>
      </w:r>
    </w:p>
    <w:p w14:paraId="54DE7512" w14:textId="2CF3A89D" w:rsidR="00B97A4C" w:rsidRPr="00A928C1" w:rsidRDefault="00D436F5" w:rsidP="00791BCB">
      <w:pPr>
        <w:spacing w:after="80"/>
        <w:rPr>
          <w:lang w:val="es-CO"/>
        </w:rPr>
      </w:pPr>
      <w:r w:rsidRPr="00A928C1">
        <w:rPr>
          <w:b/>
          <w:lang w:val="es-CO"/>
        </w:rPr>
        <w:t>Relación con líneas de investigación:</w:t>
      </w:r>
    </w:p>
    <w:p w14:paraId="753E1CE3" w14:textId="77777777" w:rsidR="00B97A4C" w:rsidRDefault="00D436F5" w:rsidP="00791BCB">
      <w:pPr>
        <w:spacing w:after="80"/>
      </w:pPr>
      <w:r>
        <w:t>________________________________________________________________________________</w:t>
      </w:r>
    </w:p>
    <w:p w14:paraId="6AE71923" w14:textId="77777777" w:rsidR="00B97A4C" w:rsidRDefault="00D436F5" w:rsidP="00791BCB">
      <w:pPr>
        <w:spacing w:after="80"/>
      </w:pPr>
      <w:r>
        <w:t>________________________________________________________________________________</w:t>
      </w:r>
    </w:p>
    <w:p w14:paraId="3EBC4A7A" w14:textId="77777777" w:rsidR="00B97A4C" w:rsidRDefault="00D436F5" w:rsidP="00791BCB">
      <w:pPr>
        <w:spacing w:after="80"/>
      </w:pPr>
      <w:r>
        <w:t>________________________________________________________________________________</w:t>
      </w:r>
    </w:p>
    <w:p w14:paraId="58820069" w14:textId="77777777" w:rsidR="00B97A4C" w:rsidRDefault="00D436F5" w:rsidP="00791BCB">
      <w:pPr>
        <w:spacing w:after="80"/>
      </w:pPr>
      <w:r>
        <w:t>________________________________________________________________________________</w:t>
      </w:r>
    </w:p>
    <w:p w14:paraId="0E56B109" w14:textId="77777777" w:rsidR="00B97A4C" w:rsidRDefault="00D436F5" w:rsidP="00791BCB">
      <w:pPr>
        <w:spacing w:after="80"/>
      </w:pPr>
      <w:r>
        <w:t>________________________________________________________________________________</w:t>
      </w:r>
    </w:p>
    <w:p w14:paraId="2ED26789" w14:textId="5F115059" w:rsidR="00B97A4C" w:rsidRDefault="00D436F5">
      <w:pPr>
        <w:pStyle w:val="Ttulo1"/>
      </w:pPr>
      <w:r>
        <w:t>1</w:t>
      </w:r>
      <w:r w:rsidR="00791BCB">
        <w:t>5</w:t>
      </w:r>
      <w:r>
        <w:t>. MATRIZ DE COHERENCIA INVESTIGATIVA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57"/>
        <w:gridCol w:w="1142"/>
        <w:gridCol w:w="1120"/>
        <w:gridCol w:w="1215"/>
        <w:gridCol w:w="1967"/>
        <w:gridCol w:w="1090"/>
        <w:gridCol w:w="1211"/>
        <w:gridCol w:w="1116"/>
      </w:tblGrid>
      <w:tr w:rsidR="00B97A4C" w14:paraId="678D8669" w14:textId="77777777">
        <w:trPr>
          <w:jc w:val="center"/>
        </w:trPr>
        <w:tc>
          <w:tcPr>
            <w:tcW w:w="1225" w:type="dxa"/>
            <w:shd w:val="clear" w:color="auto" w:fill="D9EAF7"/>
            <w:vAlign w:val="center"/>
          </w:tcPr>
          <w:p w14:paraId="58DAAE43" w14:textId="77777777" w:rsidR="00B97A4C" w:rsidRDefault="00D436F5">
            <w:r>
              <w:rPr>
                <w:b/>
                <w:sz w:val="18"/>
              </w:rPr>
              <w:t>Problema</w:t>
            </w:r>
          </w:p>
        </w:tc>
        <w:tc>
          <w:tcPr>
            <w:tcW w:w="1225" w:type="dxa"/>
            <w:shd w:val="clear" w:color="auto" w:fill="D9EAF7"/>
            <w:vAlign w:val="center"/>
          </w:tcPr>
          <w:p w14:paraId="585C22B8" w14:textId="77777777" w:rsidR="00B97A4C" w:rsidRDefault="00D436F5">
            <w:r>
              <w:rPr>
                <w:b/>
                <w:sz w:val="18"/>
              </w:rPr>
              <w:t>Pregunta</w:t>
            </w:r>
          </w:p>
        </w:tc>
        <w:tc>
          <w:tcPr>
            <w:tcW w:w="1225" w:type="dxa"/>
            <w:shd w:val="clear" w:color="auto" w:fill="D9EAF7"/>
            <w:vAlign w:val="center"/>
          </w:tcPr>
          <w:p w14:paraId="61ACD9A3" w14:textId="77777777" w:rsidR="00B97A4C" w:rsidRDefault="00D436F5">
            <w:r>
              <w:rPr>
                <w:b/>
                <w:sz w:val="18"/>
              </w:rPr>
              <w:t>Objetivo general</w:t>
            </w:r>
          </w:p>
        </w:tc>
        <w:tc>
          <w:tcPr>
            <w:tcW w:w="1225" w:type="dxa"/>
            <w:shd w:val="clear" w:color="auto" w:fill="D9EAF7"/>
            <w:vAlign w:val="center"/>
          </w:tcPr>
          <w:p w14:paraId="3F263887" w14:textId="77777777" w:rsidR="00B97A4C" w:rsidRDefault="00D436F5">
            <w:r>
              <w:rPr>
                <w:b/>
                <w:sz w:val="18"/>
              </w:rPr>
              <w:t>Objetivos específicos</w:t>
            </w:r>
          </w:p>
        </w:tc>
        <w:tc>
          <w:tcPr>
            <w:tcW w:w="1225" w:type="dxa"/>
            <w:shd w:val="clear" w:color="auto" w:fill="D9EAF7"/>
            <w:vAlign w:val="center"/>
          </w:tcPr>
          <w:p w14:paraId="3853659D" w14:textId="77777777" w:rsidR="00B97A4C" w:rsidRDefault="00D436F5">
            <w:r>
              <w:rPr>
                <w:b/>
                <w:sz w:val="18"/>
              </w:rPr>
              <w:t>Variables/categorías</w:t>
            </w:r>
          </w:p>
        </w:tc>
        <w:tc>
          <w:tcPr>
            <w:tcW w:w="1225" w:type="dxa"/>
            <w:shd w:val="clear" w:color="auto" w:fill="D9EAF7"/>
            <w:vAlign w:val="center"/>
          </w:tcPr>
          <w:p w14:paraId="726E1851" w14:textId="77777777" w:rsidR="00B97A4C" w:rsidRDefault="00D436F5">
            <w:r>
              <w:rPr>
                <w:b/>
                <w:sz w:val="18"/>
              </w:rPr>
              <w:t>Método</w:t>
            </w:r>
          </w:p>
        </w:tc>
        <w:tc>
          <w:tcPr>
            <w:tcW w:w="1225" w:type="dxa"/>
            <w:shd w:val="clear" w:color="auto" w:fill="D9EAF7"/>
            <w:vAlign w:val="center"/>
          </w:tcPr>
          <w:p w14:paraId="04A7C4EE" w14:textId="77777777" w:rsidR="00B97A4C" w:rsidRDefault="00D436F5">
            <w:r>
              <w:rPr>
                <w:b/>
                <w:sz w:val="18"/>
              </w:rPr>
              <w:t>Resultados esperados</w:t>
            </w:r>
          </w:p>
        </w:tc>
        <w:tc>
          <w:tcPr>
            <w:tcW w:w="1225" w:type="dxa"/>
            <w:shd w:val="clear" w:color="auto" w:fill="D9EAF7"/>
            <w:vAlign w:val="center"/>
          </w:tcPr>
          <w:p w14:paraId="333A8859" w14:textId="77777777" w:rsidR="00B97A4C" w:rsidRDefault="00D436F5">
            <w:r>
              <w:rPr>
                <w:b/>
                <w:sz w:val="18"/>
              </w:rPr>
              <w:t>Aporte doctoral</w:t>
            </w:r>
          </w:p>
        </w:tc>
      </w:tr>
      <w:tr w:rsidR="00B97A4C" w14:paraId="5D69B865" w14:textId="77777777">
        <w:trPr>
          <w:jc w:val="center"/>
        </w:trPr>
        <w:tc>
          <w:tcPr>
            <w:tcW w:w="1225" w:type="dxa"/>
            <w:vAlign w:val="center"/>
          </w:tcPr>
          <w:p w14:paraId="3B6A604F" w14:textId="77777777" w:rsidR="00B97A4C" w:rsidRDefault="00B97A4C"/>
        </w:tc>
        <w:tc>
          <w:tcPr>
            <w:tcW w:w="1225" w:type="dxa"/>
            <w:vAlign w:val="center"/>
          </w:tcPr>
          <w:p w14:paraId="7AFD7B55" w14:textId="77777777" w:rsidR="00B97A4C" w:rsidRDefault="00B97A4C"/>
        </w:tc>
        <w:tc>
          <w:tcPr>
            <w:tcW w:w="1225" w:type="dxa"/>
            <w:vAlign w:val="center"/>
          </w:tcPr>
          <w:p w14:paraId="69715467" w14:textId="77777777" w:rsidR="00B97A4C" w:rsidRDefault="00B97A4C"/>
        </w:tc>
        <w:tc>
          <w:tcPr>
            <w:tcW w:w="1225" w:type="dxa"/>
            <w:vAlign w:val="center"/>
          </w:tcPr>
          <w:p w14:paraId="3BBFDC3E" w14:textId="77777777" w:rsidR="00B97A4C" w:rsidRDefault="00B97A4C"/>
        </w:tc>
        <w:tc>
          <w:tcPr>
            <w:tcW w:w="1225" w:type="dxa"/>
            <w:vAlign w:val="center"/>
          </w:tcPr>
          <w:p w14:paraId="4A7114C8" w14:textId="77777777" w:rsidR="00B97A4C" w:rsidRDefault="00B97A4C"/>
        </w:tc>
        <w:tc>
          <w:tcPr>
            <w:tcW w:w="1225" w:type="dxa"/>
            <w:vAlign w:val="center"/>
          </w:tcPr>
          <w:p w14:paraId="6F3729D3" w14:textId="77777777" w:rsidR="00B97A4C" w:rsidRDefault="00B97A4C"/>
        </w:tc>
        <w:tc>
          <w:tcPr>
            <w:tcW w:w="1225" w:type="dxa"/>
            <w:vAlign w:val="center"/>
          </w:tcPr>
          <w:p w14:paraId="324C7672" w14:textId="77777777" w:rsidR="00B97A4C" w:rsidRDefault="00B97A4C"/>
        </w:tc>
        <w:tc>
          <w:tcPr>
            <w:tcW w:w="1225" w:type="dxa"/>
            <w:vAlign w:val="center"/>
          </w:tcPr>
          <w:p w14:paraId="3A68B161" w14:textId="77777777" w:rsidR="00B97A4C" w:rsidRDefault="00B97A4C"/>
        </w:tc>
      </w:tr>
    </w:tbl>
    <w:p w14:paraId="3BD3D295" w14:textId="77777777" w:rsidR="00B97A4C" w:rsidRDefault="00D436F5">
      <w:pPr>
        <w:pStyle w:val="Ttulo1"/>
      </w:pPr>
      <w:r>
        <w:t>17. REFERENCIAS</w:t>
      </w:r>
    </w:p>
    <w:p w14:paraId="48427A71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Incluya entre 10 y 20 referencias preliminares en formato APA 7.ª edición.</w:t>
      </w:r>
    </w:p>
    <w:p w14:paraId="39601280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35B27CFC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p w14:paraId="1B71AA23" w14:textId="77777777" w:rsidR="00B97A4C" w:rsidRPr="00A928C1" w:rsidRDefault="00D436F5">
      <w:pPr>
        <w:rPr>
          <w:lang w:val="es-CO"/>
        </w:rPr>
      </w:pPr>
      <w:r w:rsidRPr="00A928C1">
        <w:rPr>
          <w:lang w:val="es-CO"/>
        </w:rPr>
        <w:lastRenderedPageBreak/>
        <w:t>________________________________________________________________________________</w:t>
      </w:r>
    </w:p>
    <w:p w14:paraId="1D0E4349" w14:textId="729A7572" w:rsidR="00B97A4C" w:rsidRPr="00A928C1" w:rsidRDefault="00D436F5" w:rsidP="00FB045E">
      <w:pPr>
        <w:rPr>
          <w:lang w:val="es-CO"/>
        </w:rPr>
      </w:pPr>
      <w:r w:rsidRPr="00A928C1">
        <w:rPr>
          <w:lang w:val="es-CO"/>
        </w:rPr>
        <w:t>________________________________________________________________________________</w:t>
      </w:r>
    </w:p>
    <w:sectPr w:rsidR="00B97A4C" w:rsidRPr="00A928C1" w:rsidSect="00034616">
      <w:headerReference w:type="default" r:id="rId8"/>
      <w:footerReference w:type="default" r:id="rId9"/>
      <w:pgSz w:w="12240" w:h="15840"/>
      <w:pgMar w:top="1247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C3B46" w14:textId="77777777" w:rsidR="005850D3" w:rsidRDefault="005850D3">
      <w:pPr>
        <w:spacing w:after="0" w:line="240" w:lineRule="auto"/>
      </w:pPr>
      <w:r>
        <w:separator/>
      </w:r>
    </w:p>
  </w:endnote>
  <w:endnote w:type="continuationSeparator" w:id="0">
    <w:p w14:paraId="1E381BF8" w14:textId="77777777" w:rsidR="005850D3" w:rsidRDefault="00585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11D54" w14:textId="49E9CCC3" w:rsidR="00B97A4C" w:rsidRPr="00A928C1" w:rsidRDefault="00F31295">
    <w:pPr>
      <w:pStyle w:val="Piedepgina"/>
      <w:jc w:val="center"/>
      <w:rPr>
        <w:lang w:val="es-CO"/>
      </w:rPr>
    </w:pPr>
    <w:r>
      <w:rPr>
        <w:noProof/>
        <w:lang w:val="es-CO" w:eastAsia="es-CO"/>
      </w:rPr>
      <w:drawing>
        <wp:inline distT="0" distB="0" distL="0" distR="0" wp14:anchorId="78736871" wp14:editId="7E7AA56B">
          <wp:extent cx="657225" cy="457200"/>
          <wp:effectExtent l="0" t="0" r="9525" b="0"/>
          <wp:docPr id="3" name="Imagen 3" descr="Imagen de WhatsApp 2025-01-30 a las 10.15.36_a4a837b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de WhatsApp 2025-01-30 a las 10.15.36_a4a837b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447"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s-CO" w:eastAsia="es-CO"/>
      </w:rPr>
      <w:drawing>
        <wp:inline distT="0" distB="0" distL="0" distR="0" wp14:anchorId="4A218B05" wp14:editId="03DF09F9">
          <wp:extent cx="4419600" cy="4476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402"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s-CO"/>
      </w:rPr>
      <w:t xml:space="preserve">  </w:t>
    </w:r>
    <w:r w:rsidR="00D436F5" w:rsidRPr="00A928C1">
      <w:rPr>
        <w:lang w:val="es-CO"/>
      </w:rPr>
      <w:t xml:space="preserve">| Página </w:t>
    </w:r>
    <w:r w:rsidR="00D436F5">
      <w:fldChar w:fldCharType="begin"/>
    </w:r>
    <w:r w:rsidR="00D436F5" w:rsidRPr="00A928C1">
      <w:rPr>
        <w:lang w:val="es-CO"/>
      </w:rPr>
      <w:instrText>PAGE</w:instrText>
    </w:r>
    <w:r w:rsidR="00D436F5">
      <w:fldChar w:fldCharType="separate"/>
    </w:r>
    <w:r w:rsidR="00A928C1" w:rsidRPr="00A928C1">
      <w:rPr>
        <w:noProof/>
        <w:lang w:val="es-CO"/>
      </w:rPr>
      <w:t>1</w:t>
    </w:r>
    <w:r w:rsidR="00D436F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E554D" w14:textId="77777777" w:rsidR="005850D3" w:rsidRDefault="005850D3">
      <w:pPr>
        <w:spacing w:after="0" w:line="240" w:lineRule="auto"/>
      </w:pPr>
      <w:r>
        <w:separator/>
      </w:r>
    </w:p>
  </w:footnote>
  <w:footnote w:type="continuationSeparator" w:id="0">
    <w:p w14:paraId="6E797F67" w14:textId="77777777" w:rsidR="005850D3" w:rsidRDefault="00585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A0006" w14:textId="08992107" w:rsidR="00F31295" w:rsidRDefault="00F31295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7594C5EF" wp14:editId="74CA9259">
          <wp:simplePos x="0" y="0"/>
          <wp:positionH relativeFrom="column">
            <wp:posOffset>1866900</wp:posOffset>
          </wp:positionH>
          <wp:positionV relativeFrom="paragraph">
            <wp:posOffset>-276225</wp:posOffset>
          </wp:positionV>
          <wp:extent cx="2376170" cy="594166"/>
          <wp:effectExtent l="0" t="0" r="5080" b="0"/>
          <wp:wrapNone/>
          <wp:docPr id="7" name="Imagen 7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760911" name="Imagen 1" descr="Interfaz de usuario gráfic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6170" cy="5941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1D5"/>
    <w:rsid w:val="0026256F"/>
    <w:rsid w:val="0029639D"/>
    <w:rsid w:val="002F63D9"/>
    <w:rsid w:val="00326F90"/>
    <w:rsid w:val="005577D0"/>
    <w:rsid w:val="005850D3"/>
    <w:rsid w:val="006962BA"/>
    <w:rsid w:val="006A4F2F"/>
    <w:rsid w:val="00791BCB"/>
    <w:rsid w:val="00920A6B"/>
    <w:rsid w:val="00A84EAE"/>
    <w:rsid w:val="00A928C1"/>
    <w:rsid w:val="00AA1D8D"/>
    <w:rsid w:val="00AB0758"/>
    <w:rsid w:val="00B47730"/>
    <w:rsid w:val="00B97A4C"/>
    <w:rsid w:val="00C93C02"/>
    <w:rsid w:val="00CB0664"/>
    <w:rsid w:val="00D436F5"/>
    <w:rsid w:val="00EA2488"/>
    <w:rsid w:val="00F31295"/>
    <w:rsid w:val="00F36C57"/>
    <w:rsid w:val="00F71D66"/>
    <w:rsid w:val="00FB04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A3BCF0"/>
  <w14:defaultImageDpi w14:val="330"/>
  <w15:docId w15:val="{2295F6C2-E191-4ABD-A9AC-444BD086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1630</Words>
  <Characters>9293</Characters>
  <Application>Microsoft Office Word</Application>
  <DocSecurity>0</DocSecurity>
  <Lines>77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Suleima Aristizabal</cp:lastModifiedBy>
  <cp:revision>11</cp:revision>
  <dcterms:created xsi:type="dcterms:W3CDTF">2013-12-23T23:15:00Z</dcterms:created>
  <dcterms:modified xsi:type="dcterms:W3CDTF">2026-10-03T02:13:00Z</dcterms:modified>
  <cp:category/>
</cp:coreProperties>
</file>